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81F18" w14:textId="15E3037B" w:rsidR="0059269B" w:rsidRDefault="00424435">
      <w:r>
        <w:rPr>
          <w:b/>
          <w:noProof/>
          <w:sz w:val="17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094C0B" wp14:editId="1CB70AF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988820" cy="274320"/>
                <wp:effectExtent l="0" t="0" r="11430" b="11430"/>
                <wp:wrapNone/>
                <wp:docPr id="180825356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2743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15EDC4" w14:textId="77777777" w:rsidR="00424435" w:rsidRDefault="00424435" w:rsidP="00424435">
                            <w:r>
                              <w:t xml:space="preserve">No.FOLIO PC: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094C0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0;margin-top:0;width:156.6pt;height:21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" fillcolor="white [3201]" strokecolor="black [3200]" strokeweight="2pt">
                <v:textbox>
                  <w:txbxContent>
                    <w:p w14:paraId="2415EDC4" w14:textId="77777777" w:rsidR="00424435" w:rsidRDefault="00424435" w:rsidP="00424435">
                      <w:r>
                        <w:t xml:space="preserve">No.FOLIO PC: </w:t>
                      </w:r>
                    </w:p>
                  </w:txbxContent>
                </v:textbox>
              </v:shape>
            </w:pict>
          </mc:Fallback>
        </mc:AlternateContent>
      </w:r>
    </w:p>
    <w:p w14:paraId="05BACE6D" w14:textId="3257D4AC" w:rsidR="001E09EE" w:rsidRPr="00424435" w:rsidRDefault="005336E5" w:rsidP="00424435">
      <w:pPr>
        <w:jc w:val="center"/>
        <w:rPr>
          <w:b/>
          <w:bCs/>
        </w:rPr>
      </w:pPr>
      <w:r w:rsidRPr="00424435">
        <w:rPr>
          <w:b/>
          <w:bCs/>
        </w:rPr>
        <w:t xml:space="preserve">SOLICITUD DE </w:t>
      </w:r>
      <w:r w:rsidR="00D802CD" w:rsidRPr="00424435">
        <w:rPr>
          <w:b/>
          <w:bCs/>
        </w:rPr>
        <w:t xml:space="preserve">CONSTANCIA COMO </w:t>
      </w:r>
      <w:r w:rsidR="00930F3A" w:rsidRPr="00424435">
        <w:rPr>
          <w:b/>
          <w:bCs/>
        </w:rPr>
        <w:t>PRESTADOR DE SERVICIOS EN MATERIA DE PROTECCIÓN CIVIL</w:t>
      </w:r>
    </w:p>
    <w:p w14:paraId="0DF1B635" w14:textId="77777777" w:rsidR="00CF0B7E" w:rsidRPr="00424435" w:rsidRDefault="000603F2" w:rsidP="00CF0B7E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424435">
        <w:rPr>
          <w:rFonts w:ascii="Arial" w:hAnsi="Arial" w:cs="Arial"/>
          <w:b/>
          <w:bCs/>
          <w:sz w:val="16"/>
          <w:szCs w:val="16"/>
        </w:rPr>
        <w:t xml:space="preserve">LIC. ALFREDO ARELLANO VILLASEÑOR </w:t>
      </w:r>
    </w:p>
    <w:p w14:paraId="32BEFB48" w14:textId="77777777" w:rsidR="00CF0B7E" w:rsidRPr="00424435" w:rsidRDefault="000603F2" w:rsidP="00CF0B7E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424435">
        <w:rPr>
          <w:rFonts w:ascii="Arial" w:hAnsi="Arial" w:cs="Arial"/>
          <w:b/>
          <w:bCs/>
          <w:sz w:val="16"/>
          <w:szCs w:val="16"/>
        </w:rPr>
        <w:t>DIRECTOR DE PROTECCI</w:t>
      </w:r>
      <w:r w:rsidR="00CF0B7E" w:rsidRPr="00424435">
        <w:rPr>
          <w:rFonts w:ascii="Arial" w:hAnsi="Arial" w:cs="Arial"/>
          <w:b/>
          <w:bCs/>
          <w:sz w:val="16"/>
          <w:szCs w:val="16"/>
        </w:rPr>
        <w:t>ÓN CIVIL, BOMBEROS Y GUARDAVIDAS</w:t>
      </w:r>
    </w:p>
    <w:p w14:paraId="5EE3966F" w14:textId="0E857EA2" w:rsidR="000603F2" w:rsidRPr="00424435" w:rsidRDefault="00CF0B7E" w:rsidP="00CF0B7E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424435">
        <w:rPr>
          <w:rFonts w:ascii="Arial" w:hAnsi="Arial" w:cs="Arial"/>
          <w:b/>
          <w:bCs/>
          <w:sz w:val="16"/>
          <w:szCs w:val="16"/>
        </w:rPr>
        <w:t xml:space="preserve"> DEL MUNICIPIO DE </w:t>
      </w:r>
      <w:r w:rsidR="00424435" w:rsidRPr="00424435">
        <w:rPr>
          <w:rFonts w:ascii="Arial" w:hAnsi="Arial" w:cs="Arial"/>
          <w:b/>
          <w:bCs/>
          <w:sz w:val="16"/>
          <w:szCs w:val="16"/>
        </w:rPr>
        <w:t>COZUMEL, QUINTANA</w:t>
      </w:r>
      <w:r w:rsidRPr="00424435">
        <w:rPr>
          <w:rFonts w:ascii="Arial" w:hAnsi="Arial" w:cs="Arial"/>
          <w:b/>
          <w:bCs/>
          <w:sz w:val="16"/>
          <w:szCs w:val="16"/>
        </w:rPr>
        <w:t xml:space="preserve"> ROO. </w:t>
      </w:r>
    </w:p>
    <w:p w14:paraId="09FB9A40" w14:textId="77777777" w:rsidR="00FF3D02" w:rsidRDefault="00FF3D02" w:rsidP="00FF3D02">
      <w:pPr>
        <w:tabs>
          <w:tab w:val="center" w:pos="876"/>
          <w:tab w:val="center" w:pos="2205"/>
          <w:tab w:val="center" w:pos="3491"/>
          <w:tab w:val="center" w:pos="4579"/>
          <w:tab w:val="center" w:pos="5965"/>
          <w:tab w:val="center" w:pos="7530"/>
          <w:tab w:val="right" w:pos="9564"/>
        </w:tabs>
        <w:spacing w:after="7" w:line="270" w:lineRule="auto"/>
        <w:rPr>
          <w:rFonts w:ascii="Arial" w:eastAsia="Arial" w:hAnsi="Arial" w:cs="Arial"/>
          <w:color w:val="000000"/>
          <w:sz w:val="18"/>
          <w:szCs w:val="18"/>
          <w:lang w:val="es-ES" w:eastAsia="es-ES"/>
        </w:rPr>
      </w:pPr>
    </w:p>
    <w:p w14:paraId="1807187B" w14:textId="3777CCE1" w:rsidR="00FF3D02" w:rsidRPr="00FF3D02" w:rsidRDefault="00FF3D02" w:rsidP="00AA4107">
      <w:pPr>
        <w:tabs>
          <w:tab w:val="center" w:pos="876"/>
          <w:tab w:val="center" w:pos="2205"/>
          <w:tab w:val="center" w:pos="3491"/>
          <w:tab w:val="center" w:pos="4579"/>
          <w:tab w:val="center" w:pos="5965"/>
          <w:tab w:val="center" w:pos="7530"/>
          <w:tab w:val="right" w:pos="9564"/>
        </w:tabs>
        <w:spacing w:after="7" w:line="270" w:lineRule="auto"/>
        <w:jc w:val="both"/>
        <w:rPr>
          <w:rFonts w:ascii="Arial" w:eastAsia="Arial" w:hAnsi="Arial" w:cs="Arial"/>
          <w:color w:val="000000"/>
          <w:sz w:val="18"/>
          <w:szCs w:val="18"/>
          <w:lang w:val="es-ES" w:eastAsia="es-ES"/>
        </w:rPr>
      </w:pP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 xml:space="preserve">Por </w:t>
      </w: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ab/>
        <w:t xml:space="preserve">medio </w:t>
      </w: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ab/>
        <w:t xml:space="preserve">de </w:t>
      </w: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ab/>
        <w:t xml:space="preserve">la </w:t>
      </w: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ab/>
        <w:t xml:space="preserve">presente, </w:t>
      </w: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ab/>
        <w:t xml:space="preserve">quien </w:t>
      </w: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ab/>
        <w:t xml:space="preserve">suscribe </w:t>
      </w:r>
    </w:p>
    <w:p w14:paraId="6342E1BA" w14:textId="25156598" w:rsidR="00FF3D02" w:rsidRPr="00FF3D02" w:rsidRDefault="00FF3D02" w:rsidP="00AA4107">
      <w:pPr>
        <w:spacing w:after="7" w:line="270" w:lineRule="auto"/>
        <w:ind w:left="9" w:right="138" w:hanging="10"/>
        <w:jc w:val="both"/>
        <w:rPr>
          <w:rFonts w:ascii="Arial" w:eastAsia="Arial" w:hAnsi="Arial" w:cs="Arial"/>
          <w:color w:val="000000"/>
          <w:sz w:val="18"/>
          <w:szCs w:val="18"/>
          <w:lang w:val="es-ES" w:eastAsia="es-ES"/>
        </w:rPr>
      </w:pPr>
      <w:r w:rsidRPr="00FF3D02">
        <w:rPr>
          <w:rFonts w:ascii="Arial" w:eastAsia="Arial" w:hAnsi="Arial" w:cs="Arial"/>
          <w:color w:val="000000"/>
          <w:sz w:val="18"/>
          <w:szCs w:val="18"/>
          <w:lang w:val="es-ES" w:eastAsia="es-ES"/>
        </w:rPr>
        <w:t>C._________________________________________________, en la calidad de ______________________________________________________________________________, solicito de la manera más respetuosa la expedición de la autorización como prestador de servicios en materia de Protección Civil.</w:t>
      </w:r>
    </w:p>
    <w:p w14:paraId="17DA7B82" w14:textId="2FACDD3C" w:rsidR="00FF3D02" w:rsidRPr="00FF3D02" w:rsidRDefault="008132BC" w:rsidP="00AA4107">
      <w:pPr>
        <w:spacing w:after="14" w:line="259" w:lineRule="auto"/>
        <w:ind w:left="731" w:hanging="10"/>
        <w:jc w:val="center"/>
        <w:rPr>
          <w:rFonts w:ascii="Arial" w:eastAsia="Arial" w:hAnsi="Arial" w:cs="Arial"/>
          <w:b/>
          <w:bCs/>
          <w:color w:val="000000"/>
          <w:sz w:val="16"/>
          <w:szCs w:val="18"/>
          <w:lang w:val="es-ES" w:eastAsia="es-ES"/>
        </w:rPr>
      </w:pPr>
      <w:r w:rsidRPr="006202CD">
        <w:rPr>
          <w:rFonts w:ascii="Arial" w:eastAsia="Arial" w:hAnsi="Arial" w:cs="Arial"/>
          <w:b/>
          <w:bCs/>
          <w:color w:val="000000"/>
          <w:sz w:val="16"/>
          <w:szCs w:val="18"/>
          <w:lang w:val="es-ES" w:eastAsia="es-ES"/>
        </w:rPr>
        <w:t xml:space="preserve">DATOS GENERALES DEL PRESTADOR DE SERVICIOS: </w:t>
      </w:r>
    </w:p>
    <w:tbl>
      <w:tblPr>
        <w:tblStyle w:val="TableNormal"/>
        <w:tblpPr w:leftFromText="141" w:rightFromText="141" w:vertAnchor="page" w:horzAnchor="margin" w:tblpXSpec="center" w:tblpY="5030"/>
        <w:tblW w:w="9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4"/>
        <w:gridCol w:w="674"/>
        <w:gridCol w:w="127"/>
        <w:gridCol w:w="1390"/>
        <w:gridCol w:w="3410"/>
      </w:tblGrid>
      <w:tr w:rsidR="008C649A" w14:paraId="489732F9" w14:textId="77777777" w:rsidTr="002272AC">
        <w:trPr>
          <w:trHeight w:val="378"/>
        </w:trPr>
        <w:tc>
          <w:tcPr>
            <w:tcW w:w="5815" w:type="dxa"/>
            <w:gridSpan w:val="4"/>
          </w:tcPr>
          <w:p w14:paraId="7FA86E65" w14:textId="5981682D" w:rsidR="00AA4107" w:rsidRDefault="00AA4107" w:rsidP="00AA4107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sz w:val="18"/>
              </w:rPr>
              <w:t>Nombre o razón social</w:t>
            </w:r>
            <w:r>
              <w:rPr>
                <w:b/>
                <w:spacing w:val="-2"/>
                <w:sz w:val="18"/>
              </w:rPr>
              <w:t>:</w:t>
            </w:r>
          </w:p>
        </w:tc>
        <w:tc>
          <w:tcPr>
            <w:tcW w:w="3410" w:type="dxa"/>
            <w:vAlign w:val="center"/>
          </w:tcPr>
          <w:p w14:paraId="7BA01D76" w14:textId="3419EDD1" w:rsidR="00AA4107" w:rsidRDefault="00A04415" w:rsidP="00AA4107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81F4CD6" wp14:editId="38DFE7AE">
                      <wp:simplePos x="0" y="0"/>
                      <wp:positionH relativeFrom="column">
                        <wp:posOffset>1610360</wp:posOffset>
                      </wp:positionH>
                      <wp:positionV relativeFrom="paragraph">
                        <wp:posOffset>-56515</wp:posOffset>
                      </wp:positionV>
                      <wp:extent cx="152400" cy="179705"/>
                      <wp:effectExtent l="0" t="0" r="19050" b="10795"/>
                      <wp:wrapNone/>
                      <wp:docPr id="2022119319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797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5F734" id="Rectángulo 2" o:spid="_x0000_s1026" style="position:absolute;margin-left:126.8pt;margin-top:-4.45pt;width:12pt;height:14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" fillcolor="window" strokecolor="windowText" strokeweight="2pt"/>
                  </w:pict>
                </mc:Fallback>
              </mc:AlternateContent>
            </w:r>
            <w:r>
              <w:rPr>
                <w:b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2A98BF7" wp14:editId="57B64922">
                      <wp:simplePos x="0" y="0"/>
                      <wp:positionH relativeFrom="column">
                        <wp:posOffset>577215</wp:posOffset>
                      </wp:positionH>
                      <wp:positionV relativeFrom="paragraph">
                        <wp:posOffset>-12065</wp:posOffset>
                      </wp:positionV>
                      <wp:extent cx="131445" cy="138430"/>
                      <wp:effectExtent l="0" t="0" r="20955" b="13970"/>
                      <wp:wrapNone/>
                      <wp:docPr id="88103389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384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CAA81" id="Rectángulo 2" o:spid="_x0000_s1026" style="position:absolute;margin-left:45.45pt;margin-top:-.95pt;width:10.35pt;height:10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" fillcolor="white [3201]" strokecolor="black [3200]" strokeweight="2pt"/>
                  </w:pict>
                </mc:Fallback>
              </mc:AlternateContent>
            </w:r>
            <w:r w:rsidR="00AA4107">
              <w:rPr>
                <w:b/>
                <w:sz w:val="18"/>
              </w:rPr>
              <w:t xml:space="preserve">   Física :                        Moral:</w:t>
            </w:r>
          </w:p>
        </w:tc>
      </w:tr>
      <w:tr w:rsidR="008C649A" w14:paraId="01C68035" w14:textId="77777777" w:rsidTr="002272AC">
        <w:trPr>
          <w:trHeight w:val="409"/>
        </w:trPr>
        <w:tc>
          <w:tcPr>
            <w:tcW w:w="4298" w:type="dxa"/>
            <w:gridSpan w:val="2"/>
          </w:tcPr>
          <w:p w14:paraId="6B8B6514" w14:textId="77777777" w:rsidR="00AA4107" w:rsidRDefault="00AA4107" w:rsidP="00AA410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Nombre comercial</w:t>
            </w:r>
            <w:r>
              <w:rPr>
                <w:b/>
                <w:spacing w:val="-2"/>
                <w:sz w:val="18"/>
              </w:rPr>
              <w:t>:</w:t>
            </w:r>
          </w:p>
        </w:tc>
        <w:tc>
          <w:tcPr>
            <w:tcW w:w="4926" w:type="dxa"/>
            <w:gridSpan w:val="3"/>
          </w:tcPr>
          <w:p w14:paraId="5DB19C50" w14:textId="77777777" w:rsidR="00AA4107" w:rsidRDefault="00AA4107" w:rsidP="00AA4107">
            <w:pPr>
              <w:pStyle w:val="TableParagraph"/>
              <w:ind w:left="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 Giro: </w:t>
            </w:r>
          </w:p>
        </w:tc>
      </w:tr>
      <w:tr w:rsidR="00AA4107" w14:paraId="74C7FB2E" w14:textId="77777777" w:rsidTr="002272AC">
        <w:trPr>
          <w:trHeight w:val="350"/>
        </w:trPr>
        <w:tc>
          <w:tcPr>
            <w:tcW w:w="9225" w:type="dxa"/>
            <w:gridSpan w:val="5"/>
          </w:tcPr>
          <w:p w14:paraId="37312E3F" w14:textId="0ACB4B71" w:rsidR="00AA4107" w:rsidRDefault="00AA4107" w:rsidP="00AA410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Representante Legal: </w:t>
            </w:r>
          </w:p>
        </w:tc>
      </w:tr>
      <w:tr w:rsidR="00AA4107" w14:paraId="7F444D5F" w14:textId="77777777" w:rsidTr="002272AC">
        <w:trPr>
          <w:trHeight w:val="368"/>
        </w:trPr>
        <w:tc>
          <w:tcPr>
            <w:tcW w:w="9225" w:type="dxa"/>
            <w:gridSpan w:val="5"/>
          </w:tcPr>
          <w:p w14:paraId="36FC11D1" w14:textId="71DCA74A" w:rsidR="00AA4107" w:rsidRDefault="00AA4107" w:rsidP="00AA410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Dirección: 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(CALLE,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N°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EXTERIOR,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N°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INTERIOR):</w:t>
            </w:r>
          </w:p>
        </w:tc>
      </w:tr>
      <w:tr w:rsidR="008C649A" w14:paraId="1C1E386D" w14:textId="77777777" w:rsidTr="002272AC">
        <w:trPr>
          <w:trHeight w:val="317"/>
        </w:trPr>
        <w:tc>
          <w:tcPr>
            <w:tcW w:w="4425" w:type="dxa"/>
            <w:gridSpan w:val="3"/>
          </w:tcPr>
          <w:p w14:paraId="7A593C87" w14:textId="77777777" w:rsidR="00AA4107" w:rsidRDefault="00AA4107" w:rsidP="00AA410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COLONIA:</w:t>
            </w:r>
          </w:p>
        </w:tc>
        <w:tc>
          <w:tcPr>
            <w:tcW w:w="4799" w:type="dxa"/>
            <w:gridSpan w:val="2"/>
          </w:tcPr>
          <w:p w14:paraId="4C741388" w14:textId="77777777" w:rsidR="00AA4107" w:rsidRDefault="00AA4107" w:rsidP="00AA4107">
            <w:pPr>
              <w:pStyle w:val="TableParagraph"/>
              <w:ind w:left="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C.P.:</w:t>
            </w:r>
          </w:p>
        </w:tc>
      </w:tr>
      <w:tr w:rsidR="00416408" w14:paraId="6BAEDAD9" w14:textId="77777777" w:rsidTr="002272AC">
        <w:trPr>
          <w:trHeight w:val="321"/>
        </w:trPr>
        <w:tc>
          <w:tcPr>
            <w:tcW w:w="3624" w:type="dxa"/>
          </w:tcPr>
          <w:p w14:paraId="4E677647" w14:textId="77777777" w:rsidR="00AA4107" w:rsidRDefault="00AA4107" w:rsidP="00AA4107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MUNICIPIO:</w:t>
            </w:r>
          </w:p>
        </w:tc>
        <w:tc>
          <w:tcPr>
            <w:tcW w:w="5600" w:type="dxa"/>
            <w:gridSpan w:val="4"/>
          </w:tcPr>
          <w:p w14:paraId="723162F9" w14:textId="69652D98" w:rsidR="00AA4107" w:rsidRDefault="00AA4107" w:rsidP="00AA4107">
            <w:pPr>
              <w:pStyle w:val="TableParagraph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ENTIDAD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FEDERATIVA:</w:t>
            </w:r>
          </w:p>
        </w:tc>
      </w:tr>
      <w:tr w:rsidR="00416408" w14:paraId="35539DFD" w14:textId="77777777" w:rsidTr="002272AC">
        <w:trPr>
          <w:trHeight w:val="317"/>
        </w:trPr>
        <w:tc>
          <w:tcPr>
            <w:tcW w:w="3624" w:type="dxa"/>
          </w:tcPr>
          <w:p w14:paraId="2E0EA25B" w14:textId="77777777" w:rsidR="00AA4107" w:rsidRDefault="00AA4107" w:rsidP="00AA4107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TELÉFONO:</w:t>
            </w:r>
          </w:p>
        </w:tc>
        <w:tc>
          <w:tcPr>
            <w:tcW w:w="5600" w:type="dxa"/>
            <w:gridSpan w:val="4"/>
          </w:tcPr>
          <w:p w14:paraId="027749B7" w14:textId="031E92EA" w:rsidR="00AA4107" w:rsidRDefault="00AA4107" w:rsidP="00AA4107">
            <w:pPr>
              <w:pStyle w:val="TableParagraph"/>
              <w:spacing w:before="5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CORREO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ELECTRÓNICO:</w:t>
            </w:r>
          </w:p>
        </w:tc>
      </w:tr>
      <w:tr w:rsidR="00AA4107" w14:paraId="7C5731D2" w14:textId="77777777" w:rsidTr="002272AC">
        <w:trPr>
          <w:trHeight w:val="317"/>
        </w:trPr>
        <w:tc>
          <w:tcPr>
            <w:tcW w:w="3624" w:type="dxa"/>
          </w:tcPr>
          <w:p w14:paraId="63E0C8B4" w14:textId="77777777" w:rsidR="00AA4107" w:rsidRDefault="00AA4107" w:rsidP="00AA4107">
            <w:pPr>
              <w:pStyle w:val="TableParagraph"/>
              <w:spacing w:before="5"/>
              <w:rPr>
                <w:b/>
                <w:spacing w:val="-2"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R.F.C : </w:t>
            </w:r>
          </w:p>
        </w:tc>
        <w:tc>
          <w:tcPr>
            <w:tcW w:w="5600" w:type="dxa"/>
            <w:gridSpan w:val="4"/>
          </w:tcPr>
          <w:p w14:paraId="41809169" w14:textId="7A547B97" w:rsidR="00AA4107" w:rsidRDefault="00AA4107" w:rsidP="00AA4107">
            <w:pPr>
              <w:pStyle w:val="TableParagraph"/>
              <w:spacing w:before="5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Especialidad Solicitada </w:t>
            </w:r>
            <w:r w:rsidR="00E01E01">
              <w:rPr>
                <w:b/>
                <w:sz w:val="18"/>
              </w:rPr>
              <w:t>(</w:t>
            </w:r>
            <w:r w:rsidR="004347AC">
              <w:rPr>
                <w:b/>
                <w:sz w:val="18"/>
              </w:rPr>
              <w:t>rubro)</w:t>
            </w:r>
            <w:r>
              <w:rPr>
                <w:b/>
                <w:sz w:val="18"/>
              </w:rPr>
              <w:t xml:space="preserve">: </w:t>
            </w:r>
          </w:p>
        </w:tc>
      </w:tr>
    </w:tbl>
    <w:p w14:paraId="7ADD54C4" w14:textId="1F08C488" w:rsidR="00416408" w:rsidRPr="0083126A" w:rsidRDefault="002272AC" w:rsidP="00D20F98">
      <w:pPr>
        <w:spacing w:after="14" w:line="259" w:lineRule="auto"/>
        <w:jc w:val="center"/>
        <w:rPr>
          <w:rFonts w:ascii="Cambria" w:hAnsi="Cambria"/>
          <w:i/>
          <w:iCs/>
          <w:sz w:val="16"/>
          <w:szCs w:val="16"/>
        </w:rPr>
      </w:pPr>
      <w:r w:rsidRPr="00D20F98">
        <w:rPr>
          <w:rFonts w:ascii="Cambria" w:hAnsi="Cambria"/>
          <w:b/>
          <w:bCs/>
          <w:noProof/>
          <w:w w:val="97"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1D8F0B62" wp14:editId="66DDB449">
            <wp:simplePos x="0" y="0"/>
            <wp:positionH relativeFrom="margin">
              <wp:posOffset>3620770</wp:posOffset>
            </wp:positionH>
            <wp:positionV relativeFrom="margin">
              <wp:posOffset>4328232</wp:posOffset>
            </wp:positionV>
            <wp:extent cx="2840413" cy="3528060"/>
            <wp:effectExtent l="0" t="0" r="0" b="0"/>
            <wp:wrapNone/>
            <wp:docPr id="1010056964" name="Imagen 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056964" name="Imagen 1" descr="Tabla&#10;&#10;El contenido generado por IA puede ser incorrec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40413" cy="352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5C29" w:rsidRPr="0083126A">
        <w:rPr>
          <w:rFonts w:ascii="Cambria" w:hAnsi="Cambria"/>
          <w:i/>
          <w:iCs/>
          <w:sz w:val="20"/>
          <w:szCs w:val="20"/>
        </w:rPr>
        <w:t>Así mismo me permito adjuntar los siguientes requisitos:</w:t>
      </w:r>
    </w:p>
    <w:tbl>
      <w:tblPr>
        <w:tblStyle w:val="TableNormal"/>
        <w:tblpPr w:leftFromText="141" w:rightFromText="141" w:vertAnchor="text" w:horzAnchor="margin" w:tblpX="-866" w:tblpY="98"/>
        <w:tblW w:w="655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3913"/>
        <w:gridCol w:w="979"/>
        <w:gridCol w:w="1120"/>
      </w:tblGrid>
      <w:tr w:rsidR="009B4F5A" w:rsidRPr="009B4F5A" w14:paraId="6DCEF9BE" w14:textId="77777777" w:rsidTr="0083126A">
        <w:trPr>
          <w:trHeight w:val="309"/>
        </w:trPr>
        <w:tc>
          <w:tcPr>
            <w:tcW w:w="6555" w:type="dxa"/>
            <w:gridSpan w:val="4"/>
            <w:tcBorders>
              <w:bottom w:val="single" w:sz="4" w:space="0" w:color="000000"/>
            </w:tcBorders>
          </w:tcPr>
          <w:p w14:paraId="55A31E51" w14:textId="251B7C3A" w:rsidR="009B4F5A" w:rsidRPr="009B4F5A" w:rsidRDefault="009B4F5A" w:rsidP="005E2176">
            <w:pPr>
              <w:pStyle w:val="TableParagraph"/>
              <w:spacing w:before="25"/>
              <w:ind w:left="25"/>
              <w:jc w:val="center"/>
              <w:rPr>
                <w:rFonts w:ascii="Arial"/>
                <w:b/>
                <w:sz w:val="18"/>
                <w:szCs w:val="20"/>
              </w:rPr>
            </w:pPr>
            <w:r w:rsidRPr="009B4F5A">
              <w:rPr>
                <w:rFonts w:ascii="Arial"/>
                <w:b/>
                <w:spacing w:val="-2"/>
                <w:sz w:val="18"/>
                <w:szCs w:val="20"/>
              </w:rPr>
              <w:t>REQUISITOS</w:t>
            </w:r>
            <w:r w:rsidRPr="009B4F5A">
              <w:rPr>
                <w:rFonts w:ascii="Arial"/>
                <w:b/>
                <w:spacing w:val="5"/>
                <w:sz w:val="18"/>
                <w:szCs w:val="20"/>
              </w:rPr>
              <w:t xml:space="preserve"> </w:t>
            </w:r>
            <w:r w:rsidRPr="009B4F5A">
              <w:rPr>
                <w:rFonts w:ascii="Arial"/>
                <w:b/>
                <w:spacing w:val="-2"/>
                <w:sz w:val="18"/>
                <w:szCs w:val="20"/>
              </w:rPr>
              <w:t>GENERALES</w:t>
            </w:r>
            <w:r w:rsidR="008B54D4">
              <w:rPr>
                <w:rFonts w:ascii="Arial"/>
                <w:b/>
                <w:spacing w:val="-2"/>
                <w:sz w:val="18"/>
                <w:szCs w:val="20"/>
              </w:rPr>
              <w:t xml:space="preserve"> </w:t>
            </w:r>
            <w:r w:rsidR="008B54D4" w:rsidRPr="005941A8">
              <w:rPr>
                <w:rFonts w:ascii="Arial"/>
                <w:b/>
                <w:spacing w:val="-2"/>
                <w:sz w:val="12"/>
                <w:szCs w:val="14"/>
              </w:rPr>
              <w:t>(</w:t>
            </w:r>
            <w:r w:rsidR="008B54D4" w:rsidRPr="005941A8">
              <w:rPr>
                <w:b/>
                <w:sz w:val="12"/>
                <w:szCs w:val="12"/>
              </w:rPr>
              <w:t xml:space="preserve"> </w:t>
            </w:r>
            <w:r w:rsidR="008B54D4" w:rsidRPr="00734340">
              <w:rPr>
                <w:b/>
                <w:sz w:val="10"/>
                <w:szCs w:val="10"/>
              </w:rPr>
              <w:t>TODA DOCUMENTACION DEBERA SER PRESENTADA EN DIGITAL</w:t>
            </w:r>
            <w:r w:rsidR="00E64EA8" w:rsidRPr="00734340">
              <w:rPr>
                <w:b/>
                <w:sz w:val="10"/>
                <w:szCs w:val="10"/>
              </w:rPr>
              <w:t xml:space="preserve"> </w:t>
            </w:r>
            <w:r w:rsidR="008B54D4" w:rsidRPr="00734340">
              <w:rPr>
                <w:b/>
                <w:sz w:val="10"/>
                <w:szCs w:val="10"/>
              </w:rPr>
              <w:t xml:space="preserve"> (USB)</w:t>
            </w:r>
            <w:r w:rsidR="00E64EA8" w:rsidRPr="00734340">
              <w:rPr>
                <w:b/>
                <w:sz w:val="10"/>
                <w:szCs w:val="10"/>
              </w:rPr>
              <w:t xml:space="preserve"> Y </w:t>
            </w:r>
            <w:r w:rsidR="00734340" w:rsidRPr="00734340">
              <w:rPr>
                <w:b/>
                <w:sz w:val="10"/>
                <w:szCs w:val="10"/>
              </w:rPr>
              <w:t>FISICO</w:t>
            </w:r>
            <w:r w:rsidR="00734340">
              <w:rPr>
                <w:b/>
                <w:sz w:val="12"/>
                <w:szCs w:val="12"/>
              </w:rPr>
              <w:t>)</w:t>
            </w:r>
          </w:p>
        </w:tc>
      </w:tr>
      <w:tr w:rsidR="005E2176" w:rsidRPr="009B4F5A" w14:paraId="0F356BB2" w14:textId="77777777" w:rsidTr="0083126A">
        <w:trPr>
          <w:trHeight w:val="309"/>
        </w:trPr>
        <w:tc>
          <w:tcPr>
            <w:tcW w:w="54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FD294" w14:textId="77777777" w:rsidR="009B4F5A" w:rsidRPr="0083126A" w:rsidRDefault="009B4F5A" w:rsidP="005E2176">
            <w:pPr>
              <w:pStyle w:val="TableParagraph"/>
              <w:spacing w:before="178"/>
              <w:ind w:left="242"/>
              <w:rPr>
                <w:rFonts w:ascii="Arial"/>
                <w:b/>
                <w:sz w:val="12"/>
                <w:szCs w:val="18"/>
              </w:rPr>
            </w:pPr>
            <w:r w:rsidRPr="0083126A">
              <w:rPr>
                <w:rFonts w:ascii="Arial"/>
                <w:b/>
                <w:spacing w:val="-5"/>
                <w:sz w:val="12"/>
                <w:szCs w:val="18"/>
              </w:rPr>
              <w:t>NO.</w:t>
            </w:r>
          </w:p>
        </w:tc>
        <w:tc>
          <w:tcPr>
            <w:tcW w:w="39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E489C" w14:textId="77777777" w:rsidR="009B4F5A" w:rsidRPr="0083126A" w:rsidRDefault="009B4F5A" w:rsidP="005E2176">
            <w:pPr>
              <w:pStyle w:val="TableParagraph"/>
              <w:spacing w:before="178"/>
              <w:ind w:left="29"/>
              <w:jc w:val="center"/>
              <w:rPr>
                <w:rFonts w:ascii="Arial"/>
                <w:b/>
                <w:sz w:val="12"/>
                <w:szCs w:val="18"/>
              </w:rPr>
            </w:pPr>
            <w:r w:rsidRPr="0083126A">
              <w:rPr>
                <w:rFonts w:ascii="Arial"/>
                <w:b/>
                <w:spacing w:val="-2"/>
                <w:sz w:val="12"/>
                <w:szCs w:val="18"/>
              </w:rPr>
              <w:t>REQUERIMIENTO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4887F" w14:textId="77777777" w:rsidR="009B4F5A" w:rsidRPr="0083126A" w:rsidRDefault="009B4F5A" w:rsidP="005E2176">
            <w:pPr>
              <w:pStyle w:val="TableParagraph"/>
              <w:spacing w:before="39"/>
              <w:ind w:left="629"/>
              <w:rPr>
                <w:rFonts w:ascii="Arial"/>
                <w:b/>
                <w:sz w:val="12"/>
                <w:szCs w:val="18"/>
              </w:rPr>
            </w:pPr>
            <w:r w:rsidRPr="0083126A">
              <w:rPr>
                <w:rFonts w:ascii="Arial"/>
                <w:b/>
                <w:spacing w:val="-2"/>
                <w:sz w:val="12"/>
                <w:szCs w:val="18"/>
              </w:rPr>
              <w:t>DOCUMENTO</w:t>
            </w:r>
          </w:p>
        </w:tc>
      </w:tr>
      <w:tr w:rsidR="005E2176" w:rsidRPr="009B4F5A" w14:paraId="20537CB8" w14:textId="77777777" w:rsidTr="0083126A">
        <w:trPr>
          <w:trHeight w:val="309"/>
        </w:trPr>
        <w:tc>
          <w:tcPr>
            <w:tcW w:w="54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F715360" w14:textId="77777777" w:rsidR="009B4F5A" w:rsidRPr="0083126A" w:rsidRDefault="009B4F5A" w:rsidP="005E2176">
            <w:pPr>
              <w:rPr>
                <w:b/>
                <w:sz w:val="12"/>
                <w:szCs w:val="18"/>
              </w:rPr>
            </w:pPr>
          </w:p>
        </w:tc>
        <w:tc>
          <w:tcPr>
            <w:tcW w:w="39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836D6" w14:textId="77777777" w:rsidR="009B4F5A" w:rsidRPr="0083126A" w:rsidRDefault="009B4F5A" w:rsidP="005E2176">
            <w:pPr>
              <w:rPr>
                <w:b/>
                <w:sz w:val="12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C629F" w14:textId="77777777" w:rsidR="009B4F5A" w:rsidRPr="0083126A" w:rsidRDefault="009B4F5A" w:rsidP="005E2176">
            <w:pPr>
              <w:pStyle w:val="TableParagraph"/>
              <w:spacing w:before="37"/>
              <w:ind w:left="180"/>
              <w:rPr>
                <w:rFonts w:ascii="Arial"/>
                <w:b/>
                <w:sz w:val="12"/>
                <w:szCs w:val="18"/>
              </w:rPr>
            </w:pPr>
            <w:r w:rsidRPr="0083126A">
              <w:rPr>
                <w:rFonts w:ascii="Arial"/>
                <w:b/>
                <w:spacing w:val="-2"/>
                <w:sz w:val="12"/>
                <w:szCs w:val="18"/>
              </w:rPr>
              <w:t>ORIGINAL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E02E0D" w14:textId="77777777" w:rsidR="009B4F5A" w:rsidRPr="0083126A" w:rsidRDefault="009B4F5A" w:rsidP="005E2176">
            <w:pPr>
              <w:pStyle w:val="TableParagraph"/>
              <w:spacing w:before="37"/>
              <w:ind w:left="341"/>
              <w:rPr>
                <w:rFonts w:ascii="Arial"/>
                <w:b/>
                <w:sz w:val="12"/>
                <w:szCs w:val="18"/>
              </w:rPr>
            </w:pPr>
            <w:r w:rsidRPr="0083126A">
              <w:rPr>
                <w:rFonts w:ascii="Arial"/>
                <w:b/>
                <w:spacing w:val="-2"/>
                <w:sz w:val="12"/>
                <w:szCs w:val="18"/>
              </w:rPr>
              <w:t>COPIA</w:t>
            </w:r>
          </w:p>
        </w:tc>
      </w:tr>
      <w:tr w:rsidR="005E2176" w:rsidRPr="009B4F5A" w14:paraId="5D4AF15B" w14:textId="77777777" w:rsidTr="0083126A">
        <w:trPr>
          <w:trHeight w:val="307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46A12" w14:textId="77777777" w:rsidR="009B4F5A" w:rsidRPr="0083126A" w:rsidRDefault="009B4F5A" w:rsidP="005E2176">
            <w:pPr>
              <w:pStyle w:val="TableParagraph"/>
              <w:spacing w:before="39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1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61C76" w14:textId="77777777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Solicitud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dirigida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al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secretario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Protección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Civil,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Prevención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Riesgos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y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Bomberos.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ED89A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0837A1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5DD6E9BA" w14:textId="77777777" w:rsidTr="0083126A">
        <w:trPr>
          <w:trHeight w:val="310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A100B" w14:textId="77777777" w:rsidR="009B4F5A" w:rsidRPr="0083126A" w:rsidRDefault="009B4F5A" w:rsidP="005E2176">
            <w:pPr>
              <w:pStyle w:val="TableParagraph"/>
              <w:spacing w:before="42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2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439F" w14:textId="3710DCFA" w:rsidR="009B4F5A" w:rsidRPr="0083126A" w:rsidRDefault="009B4F5A" w:rsidP="005E2176">
            <w:pPr>
              <w:pStyle w:val="TableParagraph"/>
              <w:spacing w:before="42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Identificación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Oficial</w:t>
            </w:r>
            <w:r w:rsidRPr="0083126A">
              <w:rPr>
                <w:spacing w:val="-9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con</w:t>
            </w:r>
            <w:r w:rsidRPr="0083126A">
              <w:rPr>
                <w:spacing w:val="-10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Fotografía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(INE,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Pasaporte,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etc.). Del Representante Legal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D0B7F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6ECDB8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5F7F38F6" w14:textId="77777777" w:rsidTr="0083126A">
        <w:trPr>
          <w:trHeight w:val="309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17544" w14:textId="77777777" w:rsidR="009B4F5A" w:rsidRPr="0083126A" w:rsidRDefault="009B4F5A" w:rsidP="005E2176">
            <w:pPr>
              <w:pStyle w:val="TableParagraph"/>
              <w:spacing w:before="39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3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C6C5F" w14:textId="77777777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Registro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Federal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Contribuyentes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(RFC).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65AF8" w14:textId="399196EB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7CA97F" w14:textId="1EEA0C56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138962F3" w14:textId="77777777" w:rsidTr="0083126A">
        <w:trPr>
          <w:trHeight w:val="307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92EAD" w14:textId="77777777" w:rsidR="009B4F5A" w:rsidRPr="0083126A" w:rsidRDefault="009B4F5A" w:rsidP="005E2176">
            <w:pPr>
              <w:pStyle w:val="TableParagraph"/>
              <w:spacing w:before="39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4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07F9D" w14:textId="4597F1D4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Constancia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situación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fiscal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(no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mayor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a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dos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meses)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C5890" w14:textId="3EAEDB4F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E84CC" w14:textId="05479424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1024B13B" w14:textId="77777777" w:rsidTr="0083126A">
        <w:trPr>
          <w:trHeight w:val="309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5B9C7" w14:textId="77777777" w:rsidR="009B4F5A" w:rsidRPr="0083126A" w:rsidRDefault="009B4F5A" w:rsidP="005E2176">
            <w:pPr>
              <w:pStyle w:val="TableParagraph"/>
              <w:spacing w:before="41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5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D54C" w14:textId="77777777" w:rsidR="009B4F5A" w:rsidRPr="0083126A" w:rsidRDefault="009B4F5A" w:rsidP="005E2176">
            <w:pPr>
              <w:pStyle w:val="TableParagraph"/>
              <w:spacing w:before="41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Comprobante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Domicilio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fiscal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(agua,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luz,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teléfono)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que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concuerde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con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su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pacing w:val="-4"/>
                <w:sz w:val="12"/>
                <w:szCs w:val="18"/>
              </w:rPr>
              <w:t>RFC.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77B76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180FD9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6850A90D" w14:textId="77777777" w:rsidTr="0083126A">
        <w:trPr>
          <w:trHeight w:val="424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FDD27" w14:textId="77777777" w:rsidR="009B4F5A" w:rsidRPr="0083126A" w:rsidRDefault="009B4F5A" w:rsidP="005E2176">
            <w:pPr>
              <w:pStyle w:val="TableParagraph"/>
              <w:spacing w:before="89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6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40E43" w14:textId="77777777" w:rsidR="009B4F5A" w:rsidRPr="0083126A" w:rsidRDefault="009B4F5A" w:rsidP="005E2176">
            <w:pPr>
              <w:pStyle w:val="TableParagraph"/>
              <w:spacing w:line="180" w:lineRule="exact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Comprobante</w:t>
            </w:r>
            <w:r w:rsidRPr="0083126A">
              <w:rPr>
                <w:spacing w:val="-10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Domicilio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en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el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Municipio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cozumel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para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oír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y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recibir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 xml:space="preserve">notificaciones </w:t>
            </w:r>
            <w:r w:rsidRPr="0083126A">
              <w:rPr>
                <w:spacing w:val="-2"/>
                <w:sz w:val="12"/>
                <w:szCs w:val="18"/>
              </w:rPr>
              <w:t>(Agua,</w:t>
            </w:r>
          </w:p>
          <w:p w14:paraId="37640C2A" w14:textId="77777777" w:rsidR="009B4F5A" w:rsidRPr="0083126A" w:rsidRDefault="009B4F5A" w:rsidP="005E2176">
            <w:pPr>
              <w:pStyle w:val="TableParagraph"/>
              <w:spacing w:before="1" w:line="168" w:lineRule="exact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Luz,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Teléfono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VIGENTE</w:t>
            </w:r>
            <w:r w:rsidRPr="0083126A">
              <w:rPr>
                <w:spacing w:val="-1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No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mayor</w:t>
            </w:r>
            <w:r w:rsidRPr="0083126A">
              <w:rPr>
                <w:spacing w:val="-2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a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2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meses).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3696C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6016A0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3B6D71A6" w14:textId="77777777" w:rsidTr="0083126A">
        <w:trPr>
          <w:trHeight w:val="307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24903" w14:textId="77777777" w:rsidR="009B4F5A" w:rsidRPr="0083126A" w:rsidRDefault="009B4F5A" w:rsidP="005E2176">
            <w:pPr>
              <w:pStyle w:val="TableParagraph"/>
              <w:spacing w:before="39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7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7EA82" w14:textId="77777777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Acta</w:t>
            </w:r>
            <w:r w:rsidRPr="0083126A">
              <w:rPr>
                <w:spacing w:val="-9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constitutiva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(Personal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Moral).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3ECB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21A2C1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36911FC2" w14:textId="77777777" w:rsidTr="0083126A">
        <w:trPr>
          <w:trHeight w:val="309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DB53C" w14:textId="77777777" w:rsidR="009B4F5A" w:rsidRPr="0083126A" w:rsidRDefault="009B4F5A" w:rsidP="005E2176">
            <w:pPr>
              <w:pStyle w:val="TableParagraph"/>
              <w:spacing w:before="39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10"/>
                <w:sz w:val="12"/>
                <w:szCs w:val="18"/>
              </w:rPr>
              <w:t>8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EA705" w14:textId="77777777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Poder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notarial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del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representante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legal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y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carta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poder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simple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en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caso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ser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gestor.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5E21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A06BC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587C40BF" w14:textId="77777777" w:rsidTr="0083126A">
        <w:trPr>
          <w:trHeight w:val="309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C178F" w14:textId="77777777" w:rsidR="009B4F5A" w:rsidRPr="0083126A" w:rsidRDefault="009B4F5A" w:rsidP="005E2176">
            <w:pPr>
              <w:pStyle w:val="TableParagraph"/>
              <w:spacing w:before="39"/>
              <w:ind w:left="20" w:right="3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5"/>
                <w:sz w:val="12"/>
                <w:szCs w:val="18"/>
              </w:rPr>
              <w:t>9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D118" w14:textId="77777777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Registro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Protección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Civil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Estatal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Vigente.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26134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D7FFC6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3798D8D0" w14:textId="77777777" w:rsidTr="0083126A">
        <w:trPr>
          <w:trHeight w:val="307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CB5EE" w14:textId="77777777" w:rsidR="009B4F5A" w:rsidRPr="0083126A" w:rsidRDefault="009B4F5A" w:rsidP="005E2176">
            <w:pPr>
              <w:pStyle w:val="TableParagraph"/>
              <w:spacing w:before="39"/>
              <w:ind w:left="20" w:right="1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5"/>
                <w:sz w:val="12"/>
                <w:szCs w:val="18"/>
              </w:rPr>
              <w:t>10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C3D6F" w14:textId="77777777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2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fotografías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tamaño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infantil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a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color.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D9A39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9260D0" w14:textId="77777777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05DA989C" w14:textId="77777777" w:rsidTr="0083126A">
        <w:trPr>
          <w:trHeight w:val="1118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287D0" w14:textId="77777777" w:rsidR="009B4F5A" w:rsidRPr="0083126A" w:rsidRDefault="009B4F5A" w:rsidP="005E2176">
            <w:pPr>
              <w:pStyle w:val="TableParagraph"/>
              <w:jc w:val="center"/>
              <w:rPr>
                <w:rFonts w:ascii="Arial"/>
                <w:b/>
                <w:bCs/>
                <w:sz w:val="12"/>
                <w:szCs w:val="18"/>
              </w:rPr>
            </w:pPr>
          </w:p>
          <w:p w14:paraId="2AE1381D" w14:textId="77777777" w:rsidR="009B4F5A" w:rsidRPr="0083126A" w:rsidRDefault="009B4F5A" w:rsidP="005E2176">
            <w:pPr>
              <w:pStyle w:val="TableParagraph"/>
              <w:jc w:val="center"/>
              <w:rPr>
                <w:rFonts w:ascii="Arial"/>
                <w:b/>
                <w:bCs/>
                <w:sz w:val="12"/>
                <w:szCs w:val="18"/>
              </w:rPr>
            </w:pPr>
          </w:p>
          <w:p w14:paraId="1D328CA0" w14:textId="77777777" w:rsidR="009B4F5A" w:rsidRPr="0083126A" w:rsidRDefault="009B4F5A" w:rsidP="005E2176">
            <w:pPr>
              <w:pStyle w:val="TableParagraph"/>
              <w:spacing w:before="8"/>
              <w:jc w:val="center"/>
              <w:rPr>
                <w:rFonts w:ascii="Arial"/>
                <w:b/>
                <w:bCs/>
                <w:sz w:val="12"/>
                <w:szCs w:val="18"/>
              </w:rPr>
            </w:pPr>
          </w:p>
          <w:p w14:paraId="374992AB" w14:textId="77777777" w:rsidR="009B4F5A" w:rsidRPr="0083126A" w:rsidRDefault="009B4F5A" w:rsidP="005E2176">
            <w:pPr>
              <w:pStyle w:val="TableParagraph"/>
              <w:spacing w:before="39"/>
              <w:ind w:left="20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5"/>
                <w:sz w:val="12"/>
                <w:szCs w:val="18"/>
              </w:rPr>
              <w:t>11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7AF9" w14:textId="60AE8C61" w:rsidR="009B4F5A" w:rsidRPr="0083126A" w:rsidRDefault="009B4F5A" w:rsidP="005E2176">
            <w:pPr>
              <w:pStyle w:val="TableParagraph"/>
              <w:spacing w:line="244" w:lineRule="auto"/>
              <w:ind w:left="117"/>
              <w:rPr>
                <w:sz w:val="12"/>
                <w:szCs w:val="18"/>
              </w:rPr>
            </w:pPr>
            <w:r w:rsidRPr="0083126A">
              <w:rPr>
                <w:rFonts w:ascii="Arial" w:hAnsi="Arial"/>
                <w:b/>
                <w:sz w:val="12"/>
                <w:szCs w:val="18"/>
              </w:rPr>
              <w:t>Currículum</w:t>
            </w:r>
            <w:r w:rsidRPr="0083126A">
              <w:rPr>
                <w:rFonts w:ascii="Arial" w:hAnsi="Arial"/>
                <w:b/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Vitae</w:t>
            </w:r>
            <w:r w:rsidRPr="0083126A">
              <w:rPr>
                <w:rFonts w:ascii="Arial" w:hAnsi="Arial"/>
                <w:b/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que</w:t>
            </w:r>
            <w:r w:rsidRPr="0083126A">
              <w:rPr>
                <w:rFonts w:ascii="Arial" w:hAnsi="Arial"/>
                <w:b/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contenga</w:t>
            </w:r>
            <w:r w:rsidRPr="0083126A">
              <w:rPr>
                <w:rFonts w:ascii="Arial" w:hAnsi="Arial"/>
                <w:b/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experiencia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profesional,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formación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académica,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 xml:space="preserve">habilidades, </w:t>
            </w:r>
            <w:r w:rsidRPr="0083126A">
              <w:rPr>
                <w:spacing w:val="-4"/>
                <w:sz w:val="12"/>
                <w:szCs w:val="18"/>
              </w:rPr>
              <w:t>etc.</w:t>
            </w:r>
          </w:p>
          <w:p w14:paraId="5456558F" w14:textId="439C94FC" w:rsidR="009B4F5A" w:rsidRPr="0083126A" w:rsidRDefault="009B4F5A" w:rsidP="005E2176">
            <w:pPr>
              <w:pStyle w:val="TableParagraph"/>
              <w:numPr>
                <w:ilvl w:val="0"/>
                <w:numId w:val="10"/>
              </w:numPr>
              <w:tabs>
                <w:tab w:val="left" w:pos="837"/>
              </w:tabs>
              <w:spacing w:before="0" w:line="192" w:lineRule="exact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Persona</w:t>
            </w:r>
            <w:r w:rsidRPr="0083126A">
              <w:rPr>
                <w:spacing w:val="-8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física</w:t>
            </w:r>
          </w:p>
          <w:p w14:paraId="0F1D2425" w14:textId="307CB500" w:rsidR="009B4F5A" w:rsidRPr="0083126A" w:rsidRDefault="009B4F5A" w:rsidP="005E2176">
            <w:pPr>
              <w:pStyle w:val="TableParagraph"/>
              <w:numPr>
                <w:ilvl w:val="0"/>
                <w:numId w:val="10"/>
              </w:numPr>
              <w:tabs>
                <w:tab w:val="left" w:pos="837"/>
              </w:tabs>
              <w:spacing w:before="0"/>
              <w:rPr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Persona</w:t>
            </w:r>
            <w:r w:rsidRPr="0083126A">
              <w:rPr>
                <w:spacing w:val="-9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moral: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integrar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el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7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todos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los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colaboradores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profesionales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y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pacing w:val="-2"/>
                <w:sz w:val="12"/>
                <w:szCs w:val="18"/>
              </w:rPr>
              <w:t>técnicos.</w:t>
            </w:r>
          </w:p>
          <w:p w14:paraId="6C006712" w14:textId="213FAFF2" w:rsidR="009B4F5A" w:rsidRPr="0083126A" w:rsidRDefault="009B4F5A" w:rsidP="005E2176">
            <w:pPr>
              <w:pStyle w:val="TableParagraph"/>
              <w:spacing w:before="39"/>
              <w:ind w:left="117"/>
              <w:rPr>
                <w:sz w:val="12"/>
                <w:szCs w:val="18"/>
              </w:rPr>
            </w:pPr>
            <w:r w:rsidRPr="0083126A">
              <w:rPr>
                <w:rFonts w:ascii="Arial" w:hAnsi="Arial"/>
                <w:b/>
                <w:sz w:val="12"/>
                <w:szCs w:val="18"/>
              </w:rPr>
              <w:t>Anexar</w:t>
            </w:r>
            <w:r w:rsidRPr="0083126A">
              <w:rPr>
                <w:rFonts w:ascii="Arial" w:hAnsi="Arial"/>
                <w:b/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constancias</w:t>
            </w:r>
            <w:r w:rsidRPr="0083126A">
              <w:rPr>
                <w:rFonts w:ascii="Arial" w:hAnsi="Arial"/>
                <w:b/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de</w:t>
            </w:r>
            <w:r w:rsidRPr="0083126A">
              <w:rPr>
                <w:rFonts w:ascii="Arial" w:hAnsi="Arial"/>
                <w:b/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capacitación y</w:t>
            </w:r>
            <w:r w:rsidRPr="0083126A">
              <w:rPr>
                <w:rFonts w:ascii="Arial" w:hAnsi="Arial"/>
                <w:b/>
                <w:spacing w:val="-10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documentos</w:t>
            </w:r>
            <w:r w:rsidRPr="0083126A">
              <w:rPr>
                <w:rFonts w:ascii="Arial" w:hAnsi="Arial"/>
                <w:b/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que</w:t>
            </w:r>
            <w:r w:rsidRPr="0083126A">
              <w:rPr>
                <w:rFonts w:ascii="Arial" w:hAnsi="Arial"/>
                <w:b/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avalen</w:t>
            </w:r>
            <w:r w:rsidRPr="0083126A">
              <w:rPr>
                <w:rFonts w:ascii="Arial" w:hAnsi="Arial"/>
                <w:b/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la</w:t>
            </w:r>
            <w:r w:rsidRPr="0083126A">
              <w:rPr>
                <w:rFonts w:ascii="Arial" w:hAnsi="Arial"/>
                <w:b/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experiencia</w:t>
            </w:r>
            <w:r w:rsidRPr="0083126A">
              <w:rPr>
                <w:rFonts w:ascii="Arial" w:hAnsi="Arial"/>
                <w:b/>
                <w:spacing w:val="-1"/>
                <w:sz w:val="12"/>
                <w:szCs w:val="18"/>
              </w:rPr>
              <w:t xml:space="preserve"> </w:t>
            </w:r>
            <w:r w:rsidRPr="0083126A">
              <w:rPr>
                <w:rFonts w:ascii="Arial" w:hAnsi="Arial"/>
                <w:b/>
                <w:sz w:val="12"/>
                <w:szCs w:val="18"/>
              </w:rPr>
              <w:t>y conocimientos en la especialidad solicitada.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F1041" w14:textId="5F968555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F6B0D" w14:textId="726998A3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  <w:tr w:rsidR="005E2176" w:rsidRPr="009B4F5A" w14:paraId="7D9A69FC" w14:textId="77777777" w:rsidTr="0083126A">
        <w:trPr>
          <w:trHeight w:val="745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D45B5" w14:textId="77777777" w:rsidR="009B4F5A" w:rsidRPr="0083126A" w:rsidRDefault="009B4F5A" w:rsidP="005E2176">
            <w:pPr>
              <w:pStyle w:val="TableParagraph"/>
              <w:ind w:left="20"/>
              <w:jc w:val="center"/>
              <w:rPr>
                <w:b/>
                <w:bCs/>
                <w:sz w:val="12"/>
                <w:szCs w:val="18"/>
              </w:rPr>
            </w:pPr>
            <w:r w:rsidRPr="0083126A">
              <w:rPr>
                <w:b/>
                <w:bCs/>
                <w:spacing w:val="-5"/>
                <w:sz w:val="12"/>
                <w:szCs w:val="18"/>
              </w:rPr>
              <w:lastRenderedPageBreak/>
              <w:t>12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7EA99" w14:textId="3A01F8E2" w:rsidR="009B4F5A" w:rsidRPr="0083126A" w:rsidRDefault="009B4F5A" w:rsidP="005E2176">
            <w:pPr>
              <w:pStyle w:val="TableParagraph"/>
              <w:spacing w:before="159" w:line="180" w:lineRule="atLeast"/>
              <w:ind w:left="117"/>
              <w:rPr>
                <w:rFonts w:ascii="Arial" w:hAnsi="Arial"/>
                <w:b/>
                <w:sz w:val="12"/>
                <w:szCs w:val="18"/>
              </w:rPr>
            </w:pPr>
            <w:r w:rsidRPr="0083126A">
              <w:rPr>
                <w:sz w:val="12"/>
                <w:szCs w:val="18"/>
              </w:rPr>
              <w:t>En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función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de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la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especialidad</w:t>
            </w:r>
            <w:r w:rsidRPr="0083126A">
              <w:rPr>
                <w:spacing w:val="-6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solicitada,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revisar</w:t>
            </w:r>
            <w:r w:rsidRPr="0083126A">
              <w:rPr>
                <w:spacing w:val="-4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requerimientos</w:t>
            </w:r>
            <w:r w:rsidRPr="0083126A">
              <w:rPr>
                <w:spacing w:val="-2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aplicables</w:t>
            </w:r>
            <w:r w:rsidRPr="0083126A">
              <w:rPr>
                <w:spacing w:val="-3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y</w:t>
            </w:r>
            <w:r w:rsidRPr="0083126A">
              <w:rPr>
                <w:spacing w:val="-5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acreditar</w:t>
            </w:r>
            <w:r w:rsidRPr="0083126A">
              <w:rPr>
                <w:spacing w:val="-1"/>
                <w:sz w:val="12"/>
                <w:szCs w:val="18"/>
              </w:rPr>
              <w:t xml:space="preserve"> </w:t>
            </w:r>
            <w:r w:rsidRPr="0083126A">
              <w:rPr>
                <w:sz w:val="12"/>
                <w:szCs w:val="18"/>
              </w:rPr>
              <w:t>los conocimientos, capacidades y destrezas (ver parte posterior de este formato).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FD21D" w14:textId="70A14500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EC76E8" w14:textId="14719DFE" w:rsidR="009B4F5A" w:rsidRPr="0083126A" w:rsidRDefault="009B4F5A" w:rsidP="005E2176">
            <w:pPr>
              <w:pStyle w:val="TableParagraph"/>
              <w:rPr>
                <w:rFonts w:ascii="Times New Roman"/>
                <w:sz w:val="12"/>
                <w:szCs w:val="18"/>
              </w:rPr>
            </w:pPr>
          </w:p>
        </w:tc>
      </w:tr>
    </w:tbl>
    <w:p w14:paraId="2CFAA951" w14:textId="7DA78791" w:rsidR="00ED73D1" w:rsidRDefault="00ED73D1" w:rsidP="00416408">
      <w:pPr>
        <w:widowControl w:val="0"/>
        <w:autoSpaceDE w:val="0"/>
        <w:autoSpaceDN w:val="0"/>
        <w:adjustRightInd w:val="0"/>
        <w:spacing w:after="0" w:line="239" w:lineRule="auto"/>
        <w:ind w:left="721" w:right="211"/>
        <w:rPr>
          <w:rFonts w:ascii="Cambria" w:hAnsi="Cambria"/>
          <w:b/>
          <w:bCs/>
          <w:w w:val="97"/>
          <w:sz w:val="14"/>
          <w:szCs w:val="14"/>
        </w:rPr>
      </w:pPr>
    </w:p>
    <w:p w14:paraId="490458C0" w14:textId="2B064C62" w:rsidR="00E033F2" w:rsidRDefault="00E033F2" w:rsidP="00416408">
      <w:pPr>
        <w:widowControl w:val="0"/>
        <w:autoSpaceDE w:val="0"/>
        <w:autoSpaceDN w:val="0"/>
        <w:adjustRightInd w:val="0"/>
        <w:spacing w:after="0" w:line="239" w:lineRule="auto"/>
        <w:ind w:left="721" w:right="211"/>
        <w:rPr>
          <w:rFonts w:ascii="Cambria" w:hAnsi="Cambria"/>
          <w:b/>
          <w:bCs/>
          <w:w w:val="97"/>
          <w:sz w:val="14"/>
          <w:szCs w:val="14"/>
        </w:rPr>
      </w:pPr>
    </w:p>
    <w:p w14:paraId="78DB0DDF" w14:textId="3E707F8F" w:rsidR="00E033F2" w:rsidRPr="009B4F5A" w:rsidRDefault="00E033F2" w:rsidP="00416408">
      <w:pPr>
        <w:widowControl w:val="0"/>
        <w:autoSpaceDE w:val="0"/>
        <w:autoSpaceDN w:val="0"/>
        <w:adjustRightInd w:val="0"/>
        <w:spacing w:after="0" w:line="239" w:lineRule="auto"/>
        <w:ind w:left="721" w:right="211"/>
        <w:rPr>
          <w:rFonts w:ascii="Cambria" w:hAnsi="Cambria"/>
          <w:b/>
          <w:bCs/>
          <w:w w:val="97"/>
          <w:sz w:val="14"/>
          <w:szCs w:val="14"/>
        </w:rPr>
      </w:pPr>
    </w:p>
    <w:p w14:paraId="67F4D5A7" w14:textId="13DB1809" w:rsidR="004850F3" w:rsidRPr="009B4F5A" w:rsidRDefault="004850F3" w:rsidP="00152993">
      <w:pPr>
        <w:widowControl w:val="0"/>
        <w:tabs>
          <w:tab w:val="left" w:pos="5349"/>
        </w:tabs>
        <w:autoSpaceDE w:val="0"/>
        <w:autoSpaceDN w:val="0"/>
        <w:adjustRightInd w:val="0"/>
        <w:spacing w:after="0" w:line="239" w:lineRule="auto"/>
        <w:ind w:left="721" w:right="211"/>
        <w:rPr>
          <w:rFonts w:ascii="Cambria" w:hAnsi="Cambria"/>
          <w:b/>
          <w:bCs/>
          <w:sz w:val="14"/>
          <w:szCs w:val="14"/>
        </w:rPr>
      </w:pPr>
    </w:p>
    <w:p w14:paraId="048B35C0" w14:textId="37F9AB5A" w:rsidR="008118BF" w:rsidRDefault="008118BF" w:rsidP="00A04415">
      <w:pPr>
        <w:widowControl w:val="0"/>
        <w:autoSpaceDE w:val="0"/>
        <w:autoSpaceDN w:val="0"/>
        <w:adjustRightInd w:val="0"/>
        <w:spacing w:after="0" w:line="213" w:lineRule="exact"/>
        <w:ind w:right="-14"/>
        <w:jc w:val="both"/>
        <w:rPr>
          <w:rFonts w:ascii="Arial" w:eastAsia="Arial" w:hAnsi="Arial" w:cs="Arial"/>
          <w:i/>
          <w:iCs/>
          <w:color w:val="000000"/>
          <w:spacing w:val="-1"/>
          <w:position w:val="1"/>
          <w:sz w:val="14"/>
          <w:szCs w:val="14"/>
          <w:lang w:val="es-ES" w:eastAsia="es-ES"/>
        </w:rPr>
      </w:pPr>
    </w:p>
    <w:p w14:paraId="5474CD2A" w14:textId="7209FF11" w:rsidR="00BB2ECD" w:rsidRPr="000C34AC" w:rsidRDefault="00BB2ECD" w:rsidP="00DE652A">
      <w:pPr>
        <w:widowControl w:val="0"/>
        <w:autoSpaceDE w:val="0"/>
        <w:autoSpaceDN w:val="0"/>
        <w:adjustRightInd w:val="0"/>
        <w:spacing w:after="0" w:line="213" w:lineRule="exact"/>
        <w:ind w:left="721" w:right="-14"/>
        <w:jc w:val="both"/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</w:pP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38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35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IN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FO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ME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33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37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DE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CL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-2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CI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,</w:t>
      </w:r>
      <w:r w:rsidRPr="00BB2ECD">
        <w:rPr>
          <w:rFonts w:ascii="Arial" w:eastAsia="Arial" w:hAnsi="Arial" w:cs="Arial"/>
          <w:i/>
          <w:iCs/>
          <w:color w:val="000000"/>
          <w:spacing w:val="29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CU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ME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30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PR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3"/>
          <w:position w:val="1"/>
          <w:sz w:val="12"/>
          <w:szCs w:val="12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RCI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AD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28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POR</w:t>
      </w:r>
      <w:r w:rsidRPr="00BB2ECD">
        <w:rPr>
          <w:rFonts w:ascii="Arial" w:eastAsia="Arial" w:hAnsi="Arial" w:cs="Arial"/>
          <w:i/>
          <w:iCs/>
          <w:color w:val="000000"/>
          <w:spacing w:val="38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36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IC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U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35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2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U</w:t>
      </w:r>
      <w:r w:rsidRPr="00BB2ECD">
        <w:rPr>
          <w:rFonts w:ascii="Arial" w:eastAsia="Arial" w:hAnsi="Arial" w:cs="Arial"/>
          <w:i/>
          <w:iCs/>
          <w:color w:val="000000"/>
          <w:spacing w:val="-3"/>
          <w:position w:val="1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TA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34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3"/>
          <w:position w:val="1"/>
          <w:sz w:val="12"/>
          <w:szCs w:val="12"/>
          <w:lang w:val="es-ES" w:eastAsia="es-ES"/>
        </w:rPr>
        <w:t>F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AL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S,</w:t>
      </w:r>
      <w:r w:rsidRPr="00BB2ECD">
        <w:rPr>
          <w:rFonts w:ascii="Arial" w:eastAsia="Arial" w:hAnsi="Arial" w:cs="Arial"/>
          <w:i/>
          <w:iCs/>
          <w:color w:val="000000"/>
          <w:spacing w:val="36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35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PLI</w:t>
      </w:r>
      <w:r w:rsidRPr="00BB2ECD">
        <w:rPr>
          <w:rFonts w:ascii="Arial" w:eastAsia="Arial" w:hAnsi="Arial" w:cs="Arial"/>
          <w:i/>
          <w:iCs/>
          <w:color w:val="000000"/>
          <w:spacing w:val="-3"/>
          <w:position w:val="1"/>
          <w:sz w:val="12"/>
          <w:szCs w:val="12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Á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32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w w:val="99"/>
          <w:position w:val="1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-2"/>
          <w:w w:val="99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w w:val="99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NCION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7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M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-2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-2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IV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2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RR</w:t>
      </w:r>
      <w:r w:rsidRPr="00BB2ECD">
        <w:rPr>
          <w:rFonts w:ascii="Arial" w:eastAsia="Arial" w:hAnsi="Arial" w:cs="Arial"/>
          <w:i/>
          <w:iCs/>
          <w:color w:val="000000"/>
          <w:spacing w:val="2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PON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TE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,</w:t>
      </w:r>
      <w:r w:rsidRPr="00BB2ECD">
        <w:rPr>
          <w:rFonts w:ascii="Arial" w:eastAsia="Arial" w:hAnsi="Arial" w:cs="Arial"/>
          <w:i/>
          <w:iCs/>
          <w:color w:val="000000"/>
          <w:spacing w:val="11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IN</w:t>
      </w:r>
      <w:r w:rsidRPr="00BB2ECD">
        <w:rPr>
          <w:rFonts w:ascii="Arial" w:eastAsia="Arial" w:hAnsi="Arial" w:cs="Arial"/>
          <w:i/>
          <w:iCs/>
          <w:color w:val="000000"/>
          <w:spacing w:val="21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-2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JUICIO</w:t>
      </w:r>
      <w:r w:rsidRPr="00BB2ECD">
        <w:rPr>
          <w:rFonts w:ascii="Arial" w:eastAsia="Arial" w:hAnsi="Arial" w:cs="Arial"/>
          <w:i/>
          <w:iCs/>
          <w:color w:val="000000"/>
          <w:spacing w:val="19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23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3"/>
          <w:position w:val="1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21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9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22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QUE</w:t>
      </w:r>
      <w:r w:rsidRPr="00BB2ECD">
        <w:rPr>
          <w:rFonts w:ascii="Arial" w:eastAsia="Arial" w:hAnsi="Arial" w:cs="Arial"/>
          <w:i/>
          <w:iCs/>
          <w:color w:val="000000"/>
          <w:spacing w:val="20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INCU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9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QUELL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8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QUE</w:t>
      </w:r>
      <w:r w:rsidRPr="00BB2ECD">
        <w:rPr>
          <w:rFonts w:ascii="Arial" w:eastAsia="Arial" w:hAnsi="Arial" w:cs="Arial"/>
          <w:i/>
          <w:iCs/>
          <w:color w:val="000000"/>
          <w:spacing w:val="23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1"/>
          <w:position w:val="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position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21"/>
          <w:position w:val="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w w:val="99"/>
          <w:position w:val="1"/>
          <w:sz w:val="12"/>
          <w:szCs w:val="12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-1"/>
          <w:w w:val="99"/>
          <w:position w:val="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w w:val="99"/>
          <w:position w:val="1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"/>
          <w:w w:val="99"/>
          <w:position w:val="1"/>
          <w:sz w:val="12"/>
          <w:szCs w:val="12"/>
          <w:lang w:val="es-ES" w:eastAsia="es-ES"/>
        </w:rPr>
        <w:t>DU</w:t>
      </w:r>
      <w:r w:rsidRPr="00BB2ECD">
        <w:rPr>
          <w:rFonts w:ascii="Arial" w:eastAsia="Arial" w:hAnsi="Arial" w:cs="Arial"/>
          <w:i/>
          <w:iCs/>
          <w:color w:val="000000"/>
          <w:w w:val="99"/>
          <w:position w:val="1"/>
          <w:sz w:val="12"/>
          <w:szCs w:val="12"/>
          <w:lang w:val="es-ES" w:eastAsia="es-ES"/>
        </w:rPr>
        <w:t>ZC</w:t>
      </w:r>
      <w:r w:rsidRPr="00BB2ECD">
        <w:rPr>
          <w:rFonts w:ascii="Arial" w:eastAsia="Arial" w:hAnsi="Arial" w:cs="Arial"/>
          <w:i/>
          <w:iCs/>
          <w:color w:val="000000"/>
          <w:spacing w:val="1"/>
          <w:w w:val="99"/>
          <w:position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w w:val="99"/>
          <w:position w:val="1"/>
          <w:sz w:val="12"/>
          <w:szCs w:val="12"/>
          <w:lang w:val="es-ES" w:eastAsia="es-ES"/>
        </w:rPr>
        <w:t xml:space="preserve">N 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2"/>
          <w:szCs w:val="12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-2"/>
          <w:sz w:val="12"/>
          <w:szCs w:val="12"/>
          <w:lang w:val="es-ES" w:eastAsia="es-ES"/>
        </w:rPr>
        <w:t xml:space="preserve"> </w:t>
      </w:r>
      <w:r w:rsidR="00486AFD" w:rsidRPr="000C34AC">
        <w:rPr>
          <w:rFonts w:ascii="Arial" w:eastAsia="Arial" w:hAnsi="Arial" w:cs="Arial"/>
          <w:i/>
          <w:iCs/>
          <w:color w:val="000000"/>
          <w:spacing w:val="-2"/>
          <w:sz w:val="12"/>
          <w:szCs w:val="12"/>
          <w:lang w:val="es-ES" w:eastAsia="es-ES"/>
        </w:rPr>
        <w:t xml:space="preserve">  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F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AL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EDA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-2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CU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-2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-3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N L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 xml:space="preserve"> O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DENAM</w:t>
      </w:r>
      <w:r w:rsidRPr="00BB2ECD">
        <w:rPr>
          <w:rFonts w:ascii="Arial" w:eastAsia="Arial" w:hAnsi="Arial" w:cs="Arial"/>
          <w:i/>
          <w:iCs/>
          <w:color w:val="000000"/>
          <w:spacing w:val="-2"/>
          <w:sz w:val="12"/>
          <w:szCs w:val="12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4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-2"/>
          <w:sz w:val="12"/>
          <w:szCs w:val="12"/>
          <w:lang w:val="es-ES" w:eastAsia="es-ES"/>
        </w:rPr>
        <w:t>G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5"/>
          <w:sz w:val="12"/>
          <w:szCs w:val="12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PLIC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2"/>
          <w:szCs w:val="12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2"/>
          <w:szCs w:val="12"/>
          <w:lang w:val="es-ES" w:eastAsia="es-ES"/>
        </w:rPr>
        <w:t>B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2"/>
          <w:szCs w:val="12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2"/>
          <w:szCs w:val="12"/>
          <w:lang w:val="es-ES" w:eastAsia="es-ES"/>
        </w:rPr>
        <w:t>ES.</w:t>
      </w:r>
    </w:p>
    <w:p w14:paraId="6690560D" w14:textId="4DDEC763" w:rsidR="00BB2ECD" w:rsidRPr="00BB2ECD" w:rsidRDefault="00BB2ECD" w:rsidP="008118BF">
      <w:pPr>
        <w:widowControl w:val="0"/>
        <w:autoSpaceDE w:val="0"/>
        <w:autoSpaceDN w:val="0"/>
        <w:adjustRightInd w:val="0"/>
        <w:spacing w:after="0" w:line="239" w:lineRule="auto"/>
        <w:ind w:right="211"/>
        <w:jc w:val="both"/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</w:pP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:</w:t>
      </w:r>
      <w:r w:rsidRPr="00BB2ECD">
        <w:rPr>
          <w:rFonts w:ascii="Arial" w:eastAsia="Arial" w:hAnsi="Arial" w:cs="Arial"/>
          <w:i/>
          <w:iCs/>
          <w:color w:val="000000"/>
          <w:spacing w:val="-5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7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od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8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7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3"/>
          <w:w w:val="9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(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u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b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-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oli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)</w:t>
      </w:r>
      <w:r w:rsidRPr="00BB2ECD">
        <w:rPr>
          <w:rFonts w:ascii="Arial" w:eastAsia="Arial" w:hAnsi="Arial" w:cs="Arial"/>
          <w:i/>
          <w:iCs/>
          <w:color w:val="000000"/>
          <w:spacing w:val="-16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q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u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-15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sab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13"/>
          <w:w w:val="9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-16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7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m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en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,</w:t>
      </w:r>
      <w:r w:rsidRPr="00BB2ECD">
        <w:rPr>
          <w:rFonts w:ascii="Arial" w:eastAsia="Arial" w:hAnsi="Arial" w:cs="Arial"/>
          <w:i/>
          <w:iCs/>
          <w:color w:val="000000"/>
          <w:spacing w:val="12"/>
          <w:w w:val="9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7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2"/>
          <w:w w:val="9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 xml:space="preserve">y 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ez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17"/>
          <w:sz w:val="14"/>
          <w:szCs w:val="14"/>
          <w:lang w:val="es-ES" w:eastAsia="es-ES"/>
        </w:rPr>
        <w:t xml:space="preserve">   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 xml:space="preserve">e 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u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 xml:space="preserve">o </w:t>
      </w:r>
      <w:r w:rsidRPr="00BB2ECD">
        <w:rPr>
          <w:rFonts w:ascii="Arial" w:eastAsia="Arial" w:hAnsi="Arial" w:cs="Arial"/>
          <w:i/>
          <w:iCs/>
          <w:color w:val="000000"/>
          <w:spacing w:val="-15"/>
          <w:sz w:val="14"/>
          <w:szCs w:val="14"/>
          <w:lang w:val="es-ES" w:eastAsia="es-ES"/>
        </w:rPr>
        <w:t>con</w:t>
      </w:r>
      <w:r w:rsidRPr="00BB2ECD">
        <w:rPr>
          <w:rFonts w:ascii="Arial" w:eastAsia="Arial" w:hAnsi="Arial" w:cs="Arial"/>
          <w:i/>
          <w:iCs/>
          <w:color w:val="000000"/>
          <w:spacing w:val="-1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 xml:space="preserve">a 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-7"/>
          <w:w w:val="97"/>
          <w:sz w:val="14"/>
          <w:szCs w:val="14"/>
          <w:lang w:val="es-ES" w:eastAsia="es-ES"/>
        </w:rPr>
        <w:t>v</w:t>
      </w:r>
      <w:r w:rsidRPr="00BB2ECD">
        <w:rPr>
          <w:rFonts w:ascii="Arial" w:eastAsia="Arial" w:hAnsi="Arial" w:cs="Arial"/>
          <w:i/>
          <w:iCs/>
          <w:color w:val="000000"/>
          <w:spacing w:val="2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1"/>
          <w:w w:val="97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9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li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-19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-1"/>
          <w:w w:val="97"/>
          <w:sz w:val="14"/>
          <w:szCs w:val="14"/>
          <w:lang w:val="es-ES" w:eastAsia="es-ES"/>
        </w:rPr>
        <w:t>(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u</w:t>
      </w:r>
      <w:r w:rsidRPr="00BB2ECD">
        <w:rPr>
          <w:rFonts w:ascii="Arial" w:eastAsia="Arial" w:hAnsi="Arial" w:cs="Arial"/>
          <w:i/>
          <w:iCs/>
          <w:color w:val="000000"/>
          <w:spacing w:val="6"/>
          <w:w w:val="97"/>
          <w:sz w:val="14"/>
          <w:szCs w:val="14"/>
          <w:lang w:val="es-ES" w:eastAsia="es-ES"/>
        </w:rPr>
        <w:t>m</w:t>
      </w:r>
      <w:r w:rsidRPr="00BB2ECD">
        <w:rPr>
          <w:rFonts w:ascii="Arial" w:eastAsia="Arial" w:hAnsi="Arial" w:cs="Arial"/>
          <w:i/>
          <w:iCs/>
          <w:color w:val="000000"/>
          <w:spacing w:val="1"/>
          <w:w w:val="97"/>
          <w:sz w:val="14"/>
          <w:szCs w:val="14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2"/>
          <w:w w:val="97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 xml:space="preserve">r 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-5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 xml:space="preserve">s 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4"/>
          <w:szCs w:val="14"/>
          <w:lang w:val="es-ES" w:eastAsia="es-ES"/>
        </w:rPr>
        <w:t>r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4"/>
          <w:szCs w:val="14"/>
          <w:lang w:val="es-ES" w:eastAsia="es-ES"/>
        </w:rPr>
        <w:t>q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u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18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"/>
          <w:w w:val="97"/>
          <w:sz w:val="14"/>
          <w:szCs w:val="14"/>
          <w:lang w:val="es-ES" w:eastAsia="es-ES"/>
        </w:rPr>
        <w:t>p</w:t>
      </w:r>
      <w:r w:rsidRPr="00BB2ECD">
        <w:rPr>
          <w:rFonts w:ascii="Arial" w:eastAsia="Arial" w:hAnsi="Arial" w:cs="Arial"/>
          <w:i/>
          <w:iCs/>
          <w:color w:val="000000"/>
          <w:spacing w:val="5"/>
          <w:w w:val="97"/>
          <w:sz w:val="14"/>
          <w:szCs w:val="14"/>
          <w:lang w:val="es-ES" w:eastAsia="es-ES"/>
        </w:rPr>
        <w:t>ec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ífi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pacing w:val="4"/>
          <w:w w:val="97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0"/>
          <w:w w:val="9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8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l</w:t>
      </w:r>
      <w:r w:rsidRPr="00BB2ECD">
        <w:rPr>
          <w:rFonts w:ascii="Arial" w:eastAsia="Arial" w:hAnsi="Arial" w:cs="Arial"/>
          <w:i/>
          <w:iCs/>
          <w:color w:val="000000"/>
          <w:spacing w:val="2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c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i</w:t>
      </w:r>
      <w:r w:rsidRPr="00BB2ECD">
        <w:rPr>
          <w:rFonts w:ascii="Arial" w:eastAsia="Arial" w:hAnsi="Arial" w:cs="Arial"/>
          <w:i/>
          <w:iCs/>
          <w:color w:val="000000"/>
          <w:spacing w:val="3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6"/>
          <w:sz w:val="14"/>
          <w:szCs w:val="14"/>
          <w:lang w:val="es-ES" w:eastAsia="es-ES"/>
        </w:rPr>
        <w:t>a</w:t>
      </w:r>
      <w:r w:rsidRPr="00BB2ECD">
        <w:rPr>
          <w:rFonts w:ascii="Arial" w:eastAsia="Arial" w:hAnsi="Arial" w:cs="Arial"/>
          <w:i/>
          <w:iCs/>
          <w:color w:val="000000"/>
          <w:spacing w:val="1"/>
          <w:sz w:val="14"/>
          <w:szCs w:val="14"/>
          <w:lang w:val="es-ES" w:eastAsia="es-ES"/>
        </w:rPr>
        <w:t>d</w:t>
      </w:r>
      <w:r w:rsidRPr="00BB2ECD">
        <w:rPr>
          <w:rFonts w:ascii="Arial" w:eastAsia="Arial" w:hAnsi="Arial" w:cs="Arial"/>
          <w:i/>
          <w:iCs/>
          <w:color w:val="000000"/>
          <w:spacing w:val="4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-19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5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z w:val="14"/>
          <w:szCs w:val="14"/>
          <w:lang w:val="es-ES" w:eastAsia="es-ES"/>
        </w:rPr>
        <w:t>n</w:t>
      </w:r>
      <w:r w:rsidRPr="00BB2ECD">
        <w:rPr>
          <w:rFonts w:ascii="Arial" w:eastAsia="Arial" w:hAnsi="Arial" w:cs="Arial"/>
          <w:i/>
          <w:iCs/>
          <w:color w:val="000000"/>
          <w:spacing w:val="-7"/>
          <w:sz w:val="14"/>
          <w:szCs w:val="14"/>
          <w:lang w:val="es-ES" w:eastAsia="es-ES"/>
        </w:rPr>
        <w:t xml:space="preserve"> 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e</w:t>
      </w:r>
      <w:r w:rsidRPr="00BB2ECD">
        <w:rPr>
          <w:rFonts w:ascii="Arial" w:eastAsia="Arial" w:hAnsi="Arial" w:cs="Arial"/>
          <w:i/>
          <w:iCs/>
          <w:color w:val="000000"/>
          <w:spacing w:val="8"/>
          <w:w w:val="97"/>
          <w:sz w:val="14"/>
          <w:szCs w:val="14"/>
          <w:lang w:val="es-ES" w:eastAsia="es-ES"/>
        </w:rPr>
        <w:t>s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 xml:space="preserve">e </w:t>
      </w:r>
      <w:r w:rsidRPr="00BB2ECD">
        <w:rPr>
          <w:rFonts w:ascii="Arial" w:eastAsia="Arial" w:hAnsi="Arial" w:cs="Arial"/>
          <w:i/>
          <w:iCs/>
          <w:color w:val="000000"/>
          <w:spacing w:val="2"/>
          <w:w w:val="97"/>
          <w:sz w:val="14"/>
          <w:szCs w:val="14"/>
          <w:lang w:val="es-ES" w:eastAsia="es-ES"/>
        </w:rPr>
        <w:t>f</w:t>
      </w:r>
      <w:r w:rsidRPr="00BB2ECD">
        <w:rPr>
          <w:rFonts w:ascii="Arial" w:eastAsia="Arial" w:hAnsi="Arial" w:cs="Arial"/>
          <w:i/>
          <w:iCs/>
          <w:color w:val="000000"/>
          <w:spacing w:val="1"/>
          <w:w w:val="97"/>
          <w:sz w:val="14"/>
          <w:szCs w:val="14"/>
          <w:lang w:val="es-ES" w:eastAsia="es-ES"/>
        </w:rPr>
        <w:t>orma</w:t>
      </w:r>
      <w:r w:rsidRPr="00BB2ECD">
        <w:rPr>
          <w:rFonts w:ascii="Arial" w:eastAsia="Arial" w:hAnsi="Arial" w:cs="Arial"/>
          <w:i/>
          <w:iCs/>
          <w:color w:val="000000"/>
          <w:spacing w:val="3"/>
          <w:w w:val="97"/>
          <w:sz w:val="14"/>
          <w:szCs w:val="14"/>
          <w:lang w:val="es-ES" w:eastAsia="es-ES"/>
        </w:rPr>
        <w:t>t</w:t>
      </w:r>
      <w:r w:rsidRPr="00BB2ECD">
        <w:rPr>
          <w:rFonts w:ascii="Arial" w:eastAsia="Arial" w:hAnsi="Arial" w:cs="Arial"/>
          <w:i/>
          <w:iCs/>
          <w:color w:val="000000"/>
          <w:spacing w:val="1"/>
          <w:w w:val="97"/>
          <w:sz w:val="14"/>
          <w:szCs w:val="14"/>
          <w:lang w:val="es-ES" w:eastAsia="es-ES"/>
        </w:rPr>
        <w:t>o</w:t>
      </w:r>
      <w:r w:rsidRPr="00BB2ECD">
        <w:rPr>
          <w:rFonts w:ascii="Arial" w:eastAsia="Arial" w:hAnsi="Arial" w:cs="Arial"/>
          <w:i/>
          <w:iCs/>
          <w:color w:val="000000"/>
          <w:w w:val="97"/>
          <w:sz w:val="14"/>
          <w:szCs w:val="14"/>
          <w:lang w:val="es-ES" w:eastAsia="es-ES"/>
        </w:rPr>
        <w:t>).</w:t>
      </w:r>
    </w:p>
    <w:p w14:paraId="0F399ABD" w14:textId="79BFD675" w:rsidR="008118BF" w:rsidRPr="008118BF" w:rsidRDefault="00BB2ECD" w:rsidP="008118BF">
      <w:pPr>
        <w:spacing w:after="0"/>
        <w:jc w:val="center"/>
        <w:rPr>
          <w:b/>
          <w:bCs/>
          <w:spacing w:val="-2"/>
          <w:lang w:val="es-ES" w:eastAsia="es-ES"/>
        </w:rPr>
      </w:pPr>
      <w:r w:rsidRPr="008118BF">
        <w:rPr>
          <w:b/>
          <w:bCs/>
          <w:lang w:val="es-ES" w:eastAsia="es-ES"/>
        </w:rPr>
        <w:t>Requisitos</w:t>
      </w:r>
      <w:r w:rsidRPr="008118BF">
        <w:rPr>
          <w:b/>
          <w:bCs/>
          <w:spacing w:val="-5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específicos</w:t>
      </w:r>
      <w:r w:rsidRPr="008118BF">
        <w:rPr>
          <w:b/>
          <w:bCs/>
          <w:spacing w:val="-2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para</w:t>
      </w:r>
      <w:r w:rsidRPr="008118BF">
        <w:rPr>
          <w:b/>
          <w:bCs/>
          <w:spacing w:val="-7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prestador</w:t>
      </w:r>
      <w:r w:rsidRPr="008118BF">
        <w:rPr>
          <w:b/>
          <w:bCs/>
          <w:spacing w:val="-9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de</w:t>
      </w:r>
      <w:r w:rsidRPr="008118BF">
        <w:rPr>
          <w:b/>
          <w:bCs/>
          <w:spacing w:val="-7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servicio</w:t>
      </w:r>
      <w:r w:rsidRPr="008118BF">
        <w:rPr>
          <w:b/>
          <w:bCs/>
          <w:spacing w:val="-3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en</w:t>
      </w:r>
      <w:r w:rsidRPr="008118BF">
        <w:rPr>
          <w:b/>
          <w:bCs/>
          <w:spacing w:val="-8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materia</w:t>
      </w:r>
      <w:r w:rsidRPr="008118BF">
        <w:rPr>
          <w:b/>
          <w:bCs/>
          <w:spacing w:val="-5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de</w:t>
      </w:r>
      <w:r w:rsidRPr="008118BF">
        <w:rPr>
          <w:b/>
          <w:bCs/>
          <w:spacing w:val="-4"/>
          <w:lang w:val="es-ES" w:eastAsia="es-ES"/>
        </w:rPr>
        <w:t xml:space="preserve"> </w:t>
      </w:r>
      <w:r w:rsidRPr="008118BF">
        <w:rPr>
          <w:b/>
          <w:bCs/>
          <w:lang w:val="es-ES" w:eastAsia="es-ES"/>
        </w:rPr>
        <w:t>Protección</w:t>
      </w:r>
      <w:r w:rsidRPr="008118BF">
        <w:rPr>
          <w:b/>
          <w:bCs/>
          <w:spacing w:val="-2"/>
          <w:lang w:val="es-ES" w:eastAsia="es-ES"/>
        </w:rPr>
        <w:t xml:space="preserve"> Civil</w:t>
      </w:r>
    </w:p>
    <w:p w14:paraId="77702D92" w14:textId="4E7F9310" w:rsidR="004850F3" w:rsidRDefault="00BB2ECD" w:rsidP="008118BF">
      <w:pPr>
        <w:spacing w:after="0"/>
        <w:jc w:val="center"/>
        <w:rPr>
          <w:b/>
          <w:bCs/>
          <w:i/>
          <w:spacing w:val="-2"/>
          <w:lang w:val="es-ES" w:eastAsia="es-ES"/>
        </w:rPr>
      </w:pPr>
      <w:r w:rsidRPr="008118BF">
        <w:rPr>
          <w:b/>
          <w:bCs/>
          <w:i/>
          <w:lang w:val="es-ES" w:eastAsia="es-ES"/>
        </w:rPr>
        <w:t>(anexe</w:t>
      </w:r>
      <w:r w:rsidRPr="008118BF">
        <w:rPr>
          <w:b/>
          <w:bCs/>
          <w:i/>
          <w:spacing w:val="-12"/>
          <w:lang w:val="es-ES" w:eastAsia="es-ES"/>
        </w:rPr>
        <w:t xml:space="preserve"> </w:t>
      </w:r>
      <w:r w:rsidRPr="008118BF">
        <w:rPr>
          <w:b/>
          <w:bCs/>
          <w:i/>
          <w:lang w:val="es-ES" w:eastAsia="es-ES"/>
        </w:rPr>
        <w:t>el</w:t>
      </w:r>
      <w:r w:rsidRPr="008118BF">
        <w:rPr>
          <w:b/>
          <w:bCs/>
          <w:i/>
          <w:spacing w:val="-14"/>
          <w:lang w:val="es-ES" w:eastAsia="es-ES"/>
        </w:rPr>
        <w:t xml:space="preserve"> </w:t>
      </w:r>
      <w:r w:rsidRPr="008118BF">
        <w:rPr>
          <w:b/>
          <w:bCs/>
          <w:i/>
          <w:lang w:val="es-ES" w:eastAsia="es-ES"/>
        </w:rPr>
        <w:t>documento</w:t>
      </w:r>
      <w:r w:rsidRPr="008118BF">
        <w:rPr>
          <w:b/>
          <w:bCs/>
          <w:i/>
          <w:spacing w:val="-8"/>
          <w:lang w:val="es-ES" w:eastAsia="es-ES"/>
        </w:rPr>
        <w:t xml:space="preserve"> </w:t>
      </w:r>
      <w:r w:rsidRPr="008118BF">
        <w:rPr>
          <w:b/>
          <w:bCs/>
          <w:i/>
          <w:lang w:val="es-ES" w:eastAsia="es-ES"/>
        </w:rPr>
        <w:t>al</w:t>
      </w:r>
      <w:r w:rsidRPr="008118BF">
        <w:rPr>
          <w:b/>
          <w:bCs/>
          <w:i/>
          <w:spacing w:val="-14"/>
          <w:lang w:val="es-ES" w:eastAsia="es-ES"/>
        </w:rPr>
        <w:t xml:space="preserve"> </w:t>
      </w:r>
      <w:r w:rsidRPr="008118BF">
        <w:rPr>
          <w:b/>
          <w:bCs/>
          <w:i/>
          <w:lang w:val="es-ES" w:eastAsia="es-ES"/>
        </w:rPr>
        <w:t>rubro</w:t>
      </w:r>
      <w:r w:rsidRPr="008118BF">
        <w:rPr>
          <w:b/>
          <w:bCs/>
          <w:i/>
          <w:spacing w:val="-10"/>
          <w:lang w:val="es-ES" w:eastAsia="es-ES"/>
        </w:rPr>
        <w:t xml:space="preserve"> </w:t>
      </w:r>
      <w:r w:rsidRPr="008118BF">
        <w:rPr>
          <w:b/>
          <w:bCs/>
          <w:i/>
          <w:spacing w:val="-2"/>
          <w:lang w:val="es-ES" w:eastAsia="es-ES"/>
        </w:rPr>
        <w:t>solicitado)</w:t>
      </w:r>
    </w:p>
    <w:tbl>
      <w:tblPr>
        <w:tblStyle w:val="TableNormal"/>
        <w:tblW w:w="9574" w:type="dxa"/>
        <w:tblInd w:w="-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7"/>
        <w:gridCol w:w="2741"/>
        <w:gridCol w:w="475"/>
        <w:gridCol w:w="567"/>
        <w:gridCol w:w="708"/>
        <w:gridCol w:w="426"/>
        <w:gridCol w:w="425"/>
        <w:gridCol w:w="567"/>
        <w:gridCol w:w="567"/>
        <w:gridCol w:w="500"/>
        <w:gridCol w:w="634"/>
        <w:gridCol w:w="323"/>
        <w:gridCol w:w="244"/>
        <w:gridCol w:w="710"/>
      </w:tblGrid>
      <w:tr w:rsidR="00DE652A" w:rsidRPr="0026408A" w14:paraId="4AE0552C" w14:textId="77777777" w:rsidTr="00DE652A">
        <w:trPr>
          <w:trHeight w:val="1658"/>
        </w:trPr>
        <w:tc>
          <w:tcPr>
            <w:tcW w:w="687" w:type="dxa"/>
            <w:shd w:val="clear" w:color="auto" w:fill="D9D9D9"/>
          </w:tcPr>
          <w:p w14:paraId="73BCFB2D" w14:textId="77777777" w:rsidR="0026408A" w:rsidRPr="0026408A" w:rsidRDefault="0026408A" w:rsidP="0026408A">
            <w:pPr>
              <w:rPr>
                <w:rFonts w:ascii="Arial" w:eastAsia="Arial MT" w:hAnsi="Arial MT" w:cs="Arial MT"/>
                <w:b/>
                <w:i/>
                <w:sz w:val="14"/>
                <w:lang w:val="es-ES"/>
              </w:rPr>
            </w:pPr>
          </w:p>
          <w:p w14:paraId="33FCD0DA" w14:textId="77777777" w:rsidR="0026408A" w:rsidRPr="0026408A" w:rsidRDefault="0026408A" w:rsidP="0026408A">
            <w:pPr>
              <w:rPr>
                <w:rFonts w:ascii="Arial" w:eastAsia="Arial MT" w:hAnsi="Arial MT" w:cs="Arial MT"/>
                <w:b/>
                <w:i/>
                <w:sz w:val="14"/>
                <w:lang w:val="es-ES"/>
              </w:rPr>
            </w:pPr>
          </w:p>
          <w:p w14:paraId="04E51D6E" w14:textId="77777777" w:rsidR="0026408A" w:rsidRPr="0026408A" w:rsidRDefault="0026408A" w:rsidP="0026408A">
            <w:pPr>
              <w:rPr>
                <w:rFonts w:ascii="Arial" w:eastAsia="Arial MT" w:hAnsi="Arial MT" w:cs="Arial MT"/>
                <w:b/>
                <w:i/>
                <w:sz w:val="14"/>
                <w:lang w:val="es-ES"/>
              </w:rPr>
            </w:pPr>
          </w:p>
          <w:p w14:paraId="64A6BD74" w14:textId="77777777" w:rsidR="0026408A" w:rsidRPr="0026408A" w:rsidRDefault="0026408A" w:rsidP="0026408A">
            <w:pPr>
              <w:spacing w:before="88"/>
              <w:rPr>
                <w:rFonts w:ascii="Arial" w:eastAsia="Arial MT" w:hAnsi="Arial MT" w:cs="Arial MT"/>
                <w:b/>
                <w:i/>
                <w:sz w:val="14"/>
                <w:lang w:val="es-ES"/>
              </w:rPr>
            </w:pPr>
          </w:p>
          <w:p w14:paraId="6BBF09B1" w14:textId="77777777" w:rsidR="0026408A" w:rsidRPr="0026408A" w:rsidRDefault="0026408A" w:rsidP="0026408A">
            <w:pPr>
              <w:ind w:left="37" w:right="38"/>
              <w:jc w:val="center"/>
              <w:rPr>
                <w:rFonts w:ascii="Calibri" w:eastAsia="Arial MT" w:hAnsi="Arial MT" w:cs="Arial MT"/>
                <w:b/>
                <w:sz w:val="14"/>
                <w:lang w:val="es-ES"/>
              </w:rPr>
            </w:pPr>
            <w:r w:rsidRPr="0026408A">
              <w:rPr>
                <w:rFonts w:ascii="Calibri" w:eastAsia="Arial MT" w:hAnsi="Arial MT" w:cs="Arial MT"/>
                <w:b/>
                <w:spacing w:val="-2"/>
                <w:sz w:val="14"/>
                <w:lang w:val="es-ES"/>
              </w:rPr>
              <w:t>Rubro</w:t>
            </w:r>
          </w:p>
        </w:tc>
        <w:tc>
          <w:tcPr>
            <w:tcW w:w="2741" w:type="dxa"/>
            <w:shd w:val="clear" w:color="auto" w:fill="D9D9D9"/>
          </w:tcPr>
          <w:p w14:paraId="1AE3C37D" w14:textId="77777777" w:rsidR="0026408A" w:rsidRPr="0026408A" w:rsidRDefault="0026408A" w:rsidP="0026408A">
            <w:pPr>
              <w:rPr>
                <w:rFonts w:ascii="Arial" w:eastAsia="Arial MT" w:hAnsi="Arial MT" w:cs="Arial MT"/>
                <w:b/>
                <w:i/>
                <w:sz w:val="18"/>
                <w:lang w:val="es-ES"/>
              </w:rPr>
            </w:pPr>
          </w:p>
          <w:p w14:paraId="2ECF5360" w14:textId="77777777" w:rsidR="0026408A" w:rsidRPr="0026408A" w:rsidRDefault="0026408A" w:rsidP="0026408A">
            <w:pPr>
              <w:rPr>
                <w:rFonts w:ascii="Arial" w:eastAsia="Arial MT" w:hAnsi="Arial MT" w:cs="Arial MT"/>
                <w:b/>
                <w:i/>
                <w:sz w:val="18"/>
                <w:lang w:val="es-ES"/>
              </w:rPr>
            </w:pPr>
          </w:p>
          <w:p w14:paraId="62BE4FDB" w14:textId="77777777" w:rsidR="0026408A" w:rsidRPr="0026408A" w:rsidRDefault="0026408A" w:rsidP="0026408A">
            <w:pPr>
              <w:spacing w:before="93"/>
              <w:rPr>
                <w:rFonts w:ascii="Arial" w:eastAsia="Arial MT" w:hAnsi="Arial MT" w:cs="Arial MT"/>
                <w:b/>
                <w:i/>
                <w:sz w:val="18"/>
                <w:lang w:val="es-ES"/>
              </w:rPr>
            </w:pPr>
          </w:p>
          <w:p w14:paraId="3A0A776D" w14:textId="77777777" w:rsidR="0026408A" w:rsidRPr="0026408A" w:rsidRDefault="0026408A" w:rsidP="0026408A">
            <w:pPr>
              <w:ind w:left="842"/>
              <w:rPr>
                <w:rFonts w:ascii="Times New Roman" w:eastAsia="Arial MT" w:hAnsi="Arial MT" w:cs="Arial MT"/>
                <w:b/>
                <w:sz w:val="18"/>
                <w:lang w:val="es-ES"/>
              </w:rPr>
            </w:pPr>
            <w:r w:rsidRPr="0026408A">
              <w:rPr>
                <w:rFonts w:ascii="Times New Roman" w:eastAsia="Arial MT" w:hAnsi="Arial MT" w:cs="Arial MT"/>
                <w:b/>
                <w:spacing w:val="-2"/>
                <w:sz w:val="18"/>
                <w:lang w:val="es-ES"/>
              </w:rPr>
              <w:t>Requerimiento</w:t>
            </w:r>
          </w:p>
        </w:tc>
        <w:tc>
          <w:tcPr>
            <w:tcW w:w="475" w:type="dxa"/>
            <w:tcBorders>
              <w:top w:val="thickThinMediumGap" w:sz="6" w:space="0" w:color="000000"/>
            </w:tcBorders>
            <w:shd w:val="clear" w:color="auto" w:fill="D9D9D9"/>
            <w:textDirection w:val="tbRl"/>
          </w:tcPr>
          <w:p w14:paraId="3E945588" w14:textId="77777777" w:rsidR="0026408A" w:rsidRPr="0026408A" w:rsidRDefault="0026408A" w:rsidP="0026408A">
            <w:pPr>
              <w:spacing w:before="136" w:line="247" w:lineRule="auto"/>
              <w:ind w:left="459" w:right="166" w:hanging="303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Registro</w:t>
            </w:r>
            <w:r w:rsidRPr="0026408A">
              <w:rPr>
                <w:rFonts w:ascii="Arial" w:eastAsia="Arial MT" w:hAnsi="Arial" w:cs="Arial MT"/>
                <w:b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de</w:t>
            </w:r>
            <w:r w:rsidRPr="0026408A">
              <w:rPr>
                <w:rFonts w:ascii="Arial" w:eastAsia="Arial MT" w:hAnsi="Arial" w:cs="Arial MT"/>
                <w:b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Protección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Civil</w:t>
            </w:r>
            <w:r w:rsidRPr="0026408A">
              <w:rPr>
                <w:rFonts w:ascii="Arial" w:eastAsia="Arial MT" w:hAnsi="Arial" w:cs="Arial MT"/>
                <w:b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Estatal.</w:t>
            </w:r>
          </w:p>
        </w:tc>
        <w:tc>
          <w:tcPr>
            <w:tcW w:w="567" w:type="dxa"/>
            <w:tcBorders>
              <w:top w:val="thickThinMediumGap" w:sz="6" w:space="0" w:color="000000"/>
            </w:tcBorders>
            <w:shd w:val="clear" w:color="auto" w:fill="D9D9D9"/>
            <w:textDirection w:val="tbRl"/>
          </w:tcPr>
          <w:p w14:paraId="5BA22071" w14:textId="77777777" w:rsidR="0026408A" w:rsidRPr="0026408A" w:rsidRDefault="0026408A" w:rsidP="0026408A">
            <w:pPr>
              <w:spacing w:before="66" w:line="247" w:lineRule="auto"/>
              <w:ind w:left="59" w:right="111"/>
              <w:jc w:val="center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Registro</w:t>
            </w:r>
            <w:r w:rsidRPr="0026408A">
              <w:rPr>
                <w:rFonts w:ascii="Arial" w:eastAsia="Arial MT" w:hAnsi="Arial" w:cs="Arial MT"/>
                <w:b/>
                <w:spacing w:val="-11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de</w:t>
            </w:r>
            <w:r w:rsidRPr="0026408A">
              <w:rPr>
                <w:rFonts w:ascii="Arial" w:eastAsia="Arial MT" w:hAnsi="Arial" w:cs="Arial MT"/>
                <w:b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la</w:t>
            </w:r>
            <w:r w:rsidRPr="0026408A">
              <w:rPr>
                <w:rFonts w:ascii="Arial" w:eastAsia="Arial MT" w:hAnsi="Arial" w:cs="Arial MT"/>
                <w:b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Secretaría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del Trabajo y Previsión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Social</w:t>
            </w:r>
            <w:r w:rsidRPr="0026408A">
              <w:rPr>
                <w:rFonts w:ascii="Arial" w:eastAsia="Arial MT" w:hAnsi="Arial" w:cs="Arial MT"/>
                <w:b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DC-5</w:t>
            </w:r>
          </w:p>
        </w:tc>
        <w:tc>
          <w:tcPr>
            <w:tcW w:w="708" w:type="dxa"/>
            <w:tcBorders>
              <w:top w:val="thickThinMediumGap" w:sz="6" w:space="0" w:color="000000"/>
            </w:tcBorders>
            <w:shd w:val="clear" w:color="auto" w:fill="D9D9D9"/>
            <w:textDirection w:val="tbRl"/>
          </w:tcPr>
          <w:p w14:paraId="75C36750" w14:textId="77777777" w:rsidR="0026408A" w:rsidRPr="0026408A" w:rsidRDefault="0026408A" w:rsidP="0026408A">
            <w:pPr>
              <w:spacing w:before="65" w:line="247" w:lineRule="auto"/>
              <w:ind w:left="87" w:right="140" w:firstLine="1"/>
              <w:jc w:val="center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Documento con Validez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Oficial en Integración de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Programas</w:t>
            </w:r>
            <w:r w:rsidRPr="0026408A">
              <w:rPr>
                <w:rFonts w:ascii="Arial" w:eastAsia="Arial MT" w:hAnsi="Arial" w:cs="Arial MT"/>
                <w:b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de</w:t>
            </w:r>
            <w:r w:rsidRPr="0026408A">
              <w:rPr>
                <w:rFonts w:ascii="Arial" w:eastAsia="Arial MT" w:hAnsi="Arial" w:cs="Arial MT"/>
                <w:b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Protección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pacing w:val="-2"/>
                <w:sz w:val="12"/>
                <w:lang w:val="es-ES"/>
              </w:rPr>
              <w:t>Civil.</w:t>
            </w:r>
          </w:p>
        </w:tc>
        <w:tc>
          <w:tcPr>
            <w:tcW w:w="426" w:type="dxa"/>
            <w:tcBorders>
              <w:top w:val="thickThinMediumGap" w:sz="6" w:space="0" w:color="000000"/>
            </w:tcBorders>
            <w:shd w:val="clear" w:color="auto" w:fill="D9D9D9"/>
            <w:textDirection w:val="tbRl"/>
          </w:tcPr>
          <w:p w14:paraId="645F6737" w14:textId="77777777" w:rsidR="0026408A" w:rsidRPr="0026408A" w:rsidRDefault="0026408A" w:rsidP="0026408A">
            <w:pPr>
              <w:spacing w:before="64" w:line="247" w:lineRule="auto"/>
              <w:ind w:left="666" w:right="166" w:hanging="540"/>
              <w:rPr>
                <w:rFonts w:ascii="Arial" w:eastAsia="Arial MT" w:hAnsi="Arial MT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 MT" w:cs="Arial MT"/>
                <w:b/>
                <w:sz w:val="12"/>
                <w:lang w:val="es-ES"/>
              </w:rPr>
              <w:t>Registro</w:t>
            </w:r>
            <w:r w:rsidRPr="0026408A">
              <w:rPr>
                <w:rFonts w:ascii="Arial" w:eastAsia="Arial MT" w:hAnsi="Arial MT" w:cs="Arial MT"/>
                <w:b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z w:val="12"/>
                <w:lang w:val="es-ES"/>
              </w:rPr>
              <w:t>Nom-154-SCFI-</w:t>
            </w:r>
            <w:r w:rsidRPr="0026408A">
              <w:rPr>
                <w:rFonts w:ascii="Arial" w:eastAsia="Arial MT" w:hAnsi="Arial MT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pacing w:val="-2"/>
                <w:sz w:val="12"/>
                <w:lang w:val="es-ES"/>
              </w:rPr>
              <w:t>2005.</w:t>
            </w:r>
          </w:p>
        </w:tc>
        <w:tc>
          <w:tcPr>
            <w:tcW w:w="425" w:type="dxa"/>
            <w:tcBorders>
              <w:top w:val="thickThinMediumGap" w:sz="6" w:space="0" w:color="000000"/>
            </w:tcBorders>
            <w:shd w:val="clear" w:color="auto" w:fill="D9D9D9"/>
            <w:textDirection w:val="tbRl"/>
          </w:tcPr>
          <w:p w14:paraId="3B078C43" w14:textId="77777777" w:rsidR="0026408A" w:rsidRPr="0026408A" w:rsidRDefault="0026408A" w:rsidP="00DE652A">
            <w:pPr>
              <w:spacing w:before="63" w:line="247" w:lineRule="auto"/>
              <w:ind w:left="354" w:right="233" w:hanging="168"/>
              <w:jc w:val="center"/>
              <w:rPr>
                <w:rFonts w:ascii="Arial" w:eastAsia="Arial MT" w:hAnsi="Arial MT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 MT" w:cs="Arial MT"/>
                <w:b/>
                <w:sz w:val="10"/>
                <w:szCs w:val="20"/>
                <w:lang w:val="es-ES"/>
              </w:rPr>
              <w:t>Registro</w:t>
            </w:r>
            <w:r w:rsidRPr="0026408A">
              <w:rPr>
                <w:rFonts w:ascii="Arial" w:eastAsia="Arial MT" w:hAnsi="Arial MT" w:cs="Arial MT"/>
                <w:b/>
                <w:spacing w:val="-9"/>
                <w:sz w:val="10"/>
                <w:szCs w:val="20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z w:val="10"/>
                <w:szCs w:val="20"/>
                <w:lang w:val="es-ES"/>
              </w:rPr>
              <w:t>SENER</w:t>
            </w:r>
            <w:r w:rsidRPr="0026408A">
              <w:rPr>
                <w:rFonts w:ascii="Arial" w:eastAsia="Arial MT" w:hAnsi="Arial MT" w:cs="Arial MT"/>
                <w:b/>
                <w:spacing w:val="-8"/>
                <w:sz w:val="10"/>
                <w:szCs w:val="20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z w:val="10"/>
                <w:szCs w:val="20"/>
                <w:lang w:val="es-ES"/>
              </w:rPr>
              <w:t>nom-</w:t>
            </w:r>
            <w:r w:rsidRPr="0026408A">
              <w:rPr>
                <w:rFonts w:ascii="Arial" w:eastAsia="Arial MT" w:hAnsi="Arial MT" w:cs="Arial MT"/>
                <w:b/>
                <w:spacing w:val="40"/>
                <w:sz w:val="10"/>
                <w:szCs w:val="20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pacing w:val="-2"/>
                <w:sz w:val="10"/>
                <w:szCs w:val="20"/>
                <w:lang w:val="es-ES"/>
              </w:rPr>
              <w:t>004-SEDG-2004.</w:t>
            </w:r>
          </w:p>
        </w:tc>
        <w:tc>
          <w:tcPr>
            <w:tcW w:w="567" w:type="dxa"/>
            <w:tcBorders>
              <w:top w:val="thickThinMediumGap" w:sz="6" w:space="0" w:color="000000"/>
            </w:tcBorders>
            <w:shd w:val="clear" w:color="auto" w:fill="D9D9D9"/>
            <w:textDirection w:val="tbRl"/>
          </w:tcPr>
          <w:p w14:paraId="2B9CB3AB" w14:textId="5E3A51CF" w:rsidR="0026408A" w:rsidRPr="0026408A" w:rsidRDefault="0026408A" w:rsidP="0026408A">
            <w:pPr>
              <w:spacing w:before="132" w:line="247" w:lineRule="auto"/>
              <w:ind w:left="361" w:right="233" w:hanging="176"/>
              <w:rPr>
                <w:rFonts w:ascii="Arial" w:eastAsia="Arial MT" w:hAnsi="Arial MT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 MT" w:cs="Arial MT"/>
                <w:b/>
                <w:sz w:val="12"/>
                <w:lang w:val="es-ES"/>
              </w:rPr>
              <w:t>Registro</w:t>
            </w:r>
            <w:r w:rsidRPr="0026408A">
              <w:rPr>
                <w:rFonts w:ascii="Arial" w:eastAsia="Arial MT" w:hAnsi="Arial MT" w:cs="Arial MT"/>
                <w:b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z w:val="12"/>
                <w:lang w:val="es-ES"/>
              </w:rPr>
              <w:t>SENER</w:t>
            </w:r>
            <w:r w:rsidR="00DE652A">
              <w:rPr>
                <w:rFonts w:ascii="Arial" w:eastAsia="Arial MT" w:hAnsi="Arial MT" w:cs="Arial MT"/>
                <w:b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z w:val="12"/>
                <w:lang w:val="es-ES"/>
              </w:rPr>
              <w:t>nom-</w:t>
            </w:r>
            <w:r w:rsidRPr="0026408A">
              <w:rPr>
                <w:rFonts w:ascii="Arial" w:eastAsia="Arial MT" w:hAnsi="Arial MT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pacing w:val="-2"/>
                <w:sz w:val="12"/>
                <w:lang w:val="es-ES"/>
              </w:rPr>
              <w:t>001-SEDE-2012.</w:t>
            </w:r>
          </w:p>
        </w:tc>
        <w:tc>
          <w:tcPr>
            <w:tcW w:w="567" w:type="dxa"/>
            <w:tcBorders>
              <w:top w:val="thickThinMediumGap" w:sz="6" w:space="0" w:color="000000"/>
            </w:tcBorders>
            <w:shd w:val="clear" w:color="auto" w:fill="D9D9D9"/>
            <w:textDirection w:val="tbRl"/>
          </w:tcPr>
          <w:p w14:paraId="35A56BFB" w14:textId="77777777" w:rsidR="0026408A" w:rsidRPr="0026408A" w:rsidRDefault="0026408A" w:rsidP="0026408A">
            <w:pPr>
              <w:spacing w:before="62" w:line="247" w:lineRule="auto"/>
              <w:ind w:left="186" w:right="233" w:hanging="4"/>
              <w:jc w:val="center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Registro Unidad de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Verificación</w:t>
            </w:r>
            <w:r w:rsidRPr="0026408A">
              <w:rPr>
                <w:rFonts w:ascii="Arial" w:eastAsia="Arial MT" w:hAnsi="Arial" w:cs="Arial MT"/>
                <w:b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Nom-020-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pacing w:val="-2"/>
                <w:sz w:val="12"/>
                <w:lang w:val="es-ES"/>
              </w:rPr>
              <w:t>STPS-2011.</w:t>
            </w:r>
          </w:p>
        </w:tc>
        <w:tc>
          <w:tcPr>
            <w:tcW w:w="500" w:type="dxa"/>
            <w:tcBorders>
              <w:top w:val="single" w:sz="12" w:space="0" w:color="000000"/>
            </w:tcBorders>
            <w:shd w:val="clear" w:color="auto" w:fill="D9D9D9"/>
            <w:textDirection w:val="tbRl"/>
          </w:tcPr>
          <w:p w14:paraId="262C5341" w14:textId="77777777" w:rsidR="0026408A" w:rsidRPr="0026408A" w:rsidRDefault="0026408A" w:rsidP="0026408A">
            <w:pPr>
              <w:spacing w:before="131" w:line="249" w:lineRule="auto"/>
              <w:ind w:left="435" w:right="273" w:hanging="216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Entidad</w:t>
            </w:r>
            <w:r w:rsidRPr="0026408A">
              <w:rPr>
                <w:rFonts w:ascii="Arial" w:eastAsia="Arial MT" w:hAnsi="Arial" w:cs="Arial MT"/>
                <w:b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Mexicana</w:t>
            </w:r>
            <w:r w:rsidRPr="0026408A">
              <w:rPr>
                <w:rFonts w:ascii="Arial" w:eastAsia="Arial MT" w:hAnsi="Arial" w:cs="Arial MT"/>
                <w:b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de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pacing w:val="-2"/>
                <w:sz w:val="12"/>
                <w:lang w:val="es-ES"/>
              </w:rPr>
              <w:t>Acreditación.</w:t>
            </w:r>
          </w:p>
        </w:tc>
        <w:tc>
          <w:tcPr>
            <w:tcW w:w="634" w:type="dxa"/>
            <w:shd w:val="clear" w:color="auto" w:fill="D9D9D9"/>
            <w:textDirection w:val="tbRl"/>
          </w:tcPr>
          <w:p w14:paraId="0D829AA4" w14:textId="77777777" w:rsidR="0026408A" w:rsidRPr="0026408A" w:rsidRDefault="0026408A" w:rsidP="0026408A">
            <w:pPr>
              <w:spacing w:before="61" w:line="247" w:lineRule="auto"/>
              <w:ind w:left="205" w:right="254" w:hanging="5"/>
              <w:jc w:val="center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Comprobante</w:t>
            </w:r>
            <w:r w:rsidRPr="0026408A">
              <w:rPr>
                <w:rFonts w:ascii="Arial" w:eastAsia="Arial MT" w:hAnsi="Arial" w:cs="Arial MT"/>
                <w:b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de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domicilio donde se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almacena el polvorín.</w:t>
            </w:r>
          </w:p>
        </w:tc>
        <w:tc>
          <w:tcPr>
            <w:tcW w:w="323" w:type="dxa"/>
            <w:shd w:val="clear" w:color="auto" w:fill="D9D9D9"/>
            <w:textDirection w:val="tbRl"/>
          </w:tcPr>
          <w:p w14:paraId="667337A1" w14:textId="77777777" w:rsidR="0026408A" w:rsidRPr="0026408A" w:rsidRDefault="0026408A" w:rsidP="00DE652A">
            <w:pPr>
              <w:spacing w:before="131"/>
              <w:ind w:left="289"/>
              <w:jc w:val="center"/>
              <w:rPr>
                <w:rFonts w:ascii="Arial" w:eastAsia="Arial MT" w:hAnsi="Arial MT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 MT" w:cs="Arial MT"/>
                <w:b/>
                <w:sz w:val="12"/>
                <w:lang w:val="es-ES"/>
              </w:rPr>
              <w:t>Registro</w:t>
            </w:r>
            <w:r w:rsidRPr="0026408A">
              <w:rPr>
                <w:rFonts w:ascii="Arial" w:eastAsia="Arial MT" w:hAnsi="Arial MT" w:cs="Arial MT"/>
                <w:b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 MT" w:cs="Arial MT"/>
                <w:b/>
                <w:spacing w:val="-2"/>
                <w:sz w:val="12"/>
                <w:lang w:val="es-ES"/>
              </w:rPr>
              <w:t>SEDENA.</w:t>
            </w:r>
          </w:p>
        </w:tc>
        <w:tc>
          <w:tcPr>
            <w:tcW w:w="244" w:type="dxa"/>
            <w:shd w:val="clear" w:color="auto" w:fill="D9D9D9"/>
            <w:textDirection w:val="tbRl"/>
          </w:tcPr>
          <w:p w14:paraId="6D2A0236" w14:textId="77777777" w:rsidR="0026408A" w:rsidRPr="0026408A" w:rsidRDefault="0026408A" w:rsidP="00DE652A">
            <w:pPr>
              <w:spacing w:before="100"/>
              <w:ind w:left="169"/>
              <w:jc w:val="center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Registro</w:t>
            </w:r>
            <w:r w:rsidRPr="0026408A">
              <w:rPr>
                <w:rFonts w:ascii="Arial" w:eastAsia="Arial MT" w:hAnsi="Arial" w:cs="Arial MT"/>
                <w:b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de</w:t>
            </w:r>
            <w:r w:rsidRPr="0026408A">
              <w:rPr>
                <w:rFonts w:ascii="Arial" w:eastAsia="Arial MT" w:hAnsi="Arial" w:cs="Arial MT"/>
                <w:b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pacing w:val="-2"/>
                <w:sz w:val="12"/>
                <w:lang w:val="es-ES"/>
              </w:rPr>
              <w:t>Vehículos.</w:t>
            </w:r>
          </w:p>
        </w:tc>
        <w:tc>
          <w:tcPr>
            <w:tcW w:w="710" w:type="dxa"/>
            <w:shd w:val="clear" w:color="auto" w:fill="D9D9D9"/>
            <w:textDirection w:val="tbRl"/>
          </w:tcPr>
          <w:p w14:paraId="7FA3D2F1" w14:textId="77777777" w:rsidR="0026408A" w:rsidRPr="0026408A" w:rsidRDefault="0026408A" w:rsidP="00DE652A">
            <w:pPr>
              <w:spacing w:before="93" w:line="247" w:lineRule="auto"/>
              <w:ind w:left="121" w:right="173" w:hanging="3"/>
              <w:rPr>
                <w:rFonts w:ascii="Arial" w:eastAsia="Arial MT" w:hAnsi="Arial" w:cs="Arial MT"/>
                <w:b/>
                <w:sz w:val="12"/>
                <w:lang w:val="es-ES"/>
              </w:rPr>
            </w:pP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Ficha técnica de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especialidad, cursos e</w:t>
            </w:r>
            <w:r w:rsidRPr="0026408A">
              <w:rPr>
                <w:rFonts w:ascii="Arial" w:eastAsia="Arial MT" w:hAnsi="Arial" w:cs="Arial MT"/>
                <w:b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" w:eastAsia="Arial MT" w:hAnsi="Arial" w:cs="Arial MT"/>
                <w:b/>
                <w:sz w:val="12"/>
                <w:lang w:val="es-ES"/>
              </w:rPr>
              <w:t>inventarios de recursos.</w:t>
            </w:r>
          </w:p>
        </w:tc>
      </w:tr>
      <w:tr w:rsidR="000C34AC" w:rsidRPr="0026408A" w14:paraId="2C18581D" w14:textId="77777777" w:rsidTr="00DE652A">
        <w:trPr>
          <w:trHeight w:val="268"/>
        </w:trPr>
        <w:tc>
          <w:tcPr>
            <w:tcW w:w="687" w:type="dxa"/>
          </w:tcPr>
          <w:p w14:paraId="1B3048EF" w14:textId="77777777" w:rsidR="0026408A" w:rsidRPr="0026408A" w:rsidRDefault="0026408A" w:rsidP="0026408A">
            <w:pPr>
              <w:spacing w:before="48"/>
              <w:ind w:left="37" w:right="37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10"/>
                <w:sz w:val="12"/>
                <w:lang w:val="es-ES"/>
              </w:rPr>
              <w:t>I</w:t>
            </w:r>
          </w:p>
        </w:tc>
        <w:tc>
          <w:tcPr>
            <w:tcW w:w="2741" w:type="dxa"/>
          </w:tcPr>
          <w:p w14:paraId="266ACB66" w14:textId="77777777" w:rsidR="0026408A" w:rsidRPr="0026408A" w:rsidRDefault="0026408A" w:rsidP="0026408A">
            <w:pPr>
              <w:spacing w:line="118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Elaboración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programas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internos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1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Protección</w:t>
            </w:r>
          </w:p>
          <w:p w14:paraId="6A09C1F9" w14:textId="77777777" w:rsidR="0026408A" w:rsidRPr="0026408A" w:rsidRDefault="0026408A" w:rsidP="0026408A">
            <w:pPr>
              <w:spacing w:line="135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Civil.</w:t>
            </w:r>
          </w:p>
        </w:tc>
        <w:tc>
          <w:tcPr>
            <w:tcW w:w="475" w:type="dxa"/>
          </w:tcPr>
          <w:p w14:paraId="136356F6" w14:textId="77777777" w:rsidR="0026408A" w:rsidRPr="0026408A" w:rsidRDefault="0026408A" w:rsidP="0026408A">
            <w:pPr>
              <w:spacing w:line="245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650BC54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</w:tcPr>
          <w:p w14:paraId="0F9B16B3" w14:textId="77777777" w:rsidR="0026408A" w:rsidRPr="0026408A" w:rsidRDefault="0026408A" w:rsidP="0026408A">
            <w:pPr>
              <w:spacing w:line="245" w:lineRule="exact"/>
              <w:ind w:left="6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426" w:type="dxa"/>
            <w:shd w:val="clear" w:color="auto" w:fill="818181"/>
          </w:tcPr>
          <w:p w14:paraId="4BC27A76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7EE0EBD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15C565D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50DF9F06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2DE48771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332CC0D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56EF845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3DB52EA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6ACBEB8C" w14:textId="77777777" w:rsidR="0026408A" w:rsidRPr="0026408A" w:rsidRDefault="0026408A" w:rsidP="0026408A">
            <w:pPr>
              <w:spacing w:line="245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625FE2E3" w14:textId="77777777" w:rsidTr="00DE652A">
        <w:trPr>
          <w:trHeight w:val="273"/>
        </w:trPr>
        <w:tc>
          <w:tcPr>
            <w:tcW w:w="687" w:type="dxa"/>
          </w:tcPr>
          <w:p w14:paraId="3CF92CEC" w14:textId="77777777" w:rsidR="0026408A" w:rsidRPr="0026408A" w:rsidRDefault="0026408A" w:rsidP="0026408A">
            <w:pPr>
              <w:spacing w:before="50"/>
              <w:ind w:left="37" w:right="37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II</w:t>
            </w:r>
          </w:p>
        </w:tc>
        <w:tc>
          <w:tcPr>
            <w:tcW w:w="2741" w:type="dxa"/>
          </w:tcPr>
          <w:p w14:paraId="3E3D3226" w14:textId="77777777" w:rsidR="0026408A" w:rsidRPr="0026408A" w:rsidRDefault="0026408A" w:rsidP="0026408A">
            <w:pPr>
              <w:spacing w:line="119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Capacitación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integración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brigadas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>de</w:t>
            </w:r>
          </w:p>
          <w:p w14:paraId="4CB9C288" w14:textId="77777777" w:rsidR="0026408A" w:rsidRPr="0026408A" w:rsidRDefault="0026408A" w:rsidP="0026408A">
            <w:pPr>
              <w:spacing w:before="1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evacuación,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búsqueda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rescate.</w:t>
            </w:r>
          </w:p>
        </w:tc>
        <w:tc>
          <w:tcPr>
            <w:tcW w:w="475" w:type="dxa"/>
          </w:tcPr>
          <w:p w14:paraId="0D68B65F" w14:textId="77777777" w:rsidR="0026408A" w:rsidRPr="0026408A" w:rsidRDefault="0026408A" w:rsidP="0026408A">
            <w:pPr>
              <w:spacing w:line="248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</w:tcPr>
          <w:p w14:paraId="0529219F" w14:textId="77777777" w:rsidR="0026408A" w:rsidRPr="0026408A" w:rsidRDefault="0026408A" w:rsidP="0026408A">
            <w:pPr>
              <w:spacing w:line="248" w:lineRule="exact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708" w:type="dxa"/>
          </w:tcPr>
          <w:p w14:paraId="15FB92B4" w14:textId="77777777" w:rsidR="0026408A" w:rsidRPr="0026408A" w:rsidRDefault="0026408A" w:rsidP="0026408A">
            <w:pPr>
              <w:spacing w:line="248" w:lineRule="exact"/>
              <w:ind w:left="6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426" w:type="dxa"/>
            <w:shd w:val="clear" w:color="auto" w:fill="818181"/>
          </w:tcPr>
          <w:p w14:paraId="6F37B0D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46893EA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1A35F01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2247ED7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3C6D723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4DC3006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4CF3E64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43D72B9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30AFC686" w14:textId="77777777" w:rsidR="0026408A" w:rsidRPr="0026408A" w:rsidRDefault="0026408A" w:rsidP="0026408A">
            <w:pPr>
              <w:spacing w:line="248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04E6D9A4" w14:textId="77777777" w:rsidTr="00DE652A">
        <w:trPr>
          <w:trHeight w:val="542"/>
        </w:trPr>
        <w:tc>
          <w:tcPr>
            <w:tcW w:w="687" w:type="dxa"/>
          </w:tcPr>
          <w:p w14:paraId="13900100" w14:textId="77777777" w:rsidR="0026408A" w:rsidRPr="0026408A" w:rsidRDefault="0026408A" w:rsidP="0026408A">
            <w:pPr>
              <w:spacing w:before="49"/>
              <w:rPr>
                <w:rFonts w:ascii="Arial" w:eastAsia="Arial MT" w:hAnsi="Arial MT" w:cs="Arial MT"/>
                <w:b/>
                <w:bCs/>
                <w:i/>
                <w:sz w:val="12"/>
                <w:lang w:val="es-ES"/>
              </w:rPr>
            </w:pPr>
          </w:p>
          <w:p w14:paraId="16830B02" w14:textId="77777777" w:rsidR="0026408A" w:rsidRPr="0026408A" w:rsidRDefault="0026408A" w:rsidP="0026408A">
            <w:pPr>
              <w:ind w:left="37" w:right="37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III</w:t>
            </w:r>
          </w:p>
        </w:tc>
        <w:tc>
          <w:tcPr>
            <w:tcW w:w="2741" w:type="dxa"/>
          </w:tcPr>
          <w:p w14:paraId="3C4A136F" w14:textId="77777777" w:rsidR="0026408A" w:rsidRPr="0026408A" w:rsidRDefault="0026408A" w:rsidP="0026408A">
            <w:pPr>
              <w:spacing w:line="118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Capacitación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prevención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incendios: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Uso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10"/>
                <w:sz w:val="12"/>
                <w:lang w:val="es-ES"/>
              </w:rPr>
              <w:t>y</w:t>
            </w:r>
          </w:p>
          <w:p w14:paraId="00D85CA6" w14:textId="77777777" w:rsidR="0026408A" w:rsidRPr="0026408A" w:rsidRDefault="0026408A" w:rsidP="0026408A">
            <w:pPr>
              <w:ind w:left="69" w:righ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manejo de extintores, hidrantes y equipos fijos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contra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incendio;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equipo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productos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prevención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incendios.</w:t>
            </w:r>
          </w:p>
        </w:tc>
        <w:tc>
          <w:tcPr>
            <w:tcW w:w="475" w:type="dxa"/>
          </w:tcPr>
          <w:p w14:paraId="0766FF2F" w14:textId="77777777" w:rsidR="0026408A" w:rsidRPr="0026408A" w:rsidRDefault="0026408A" w:rsidP="0026408A">
            <w:pPr>
              <w:spacing w:before="108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</w:tcPr>
          <w:p w14:paraId="15586E5E" w14:textId="77777777" w:rsidR="0026408A" w:rsidRPr="0026408A" w:rsidRDefault="0026408A" w:rsidP="0026408A">
            <w:pPr>
              <w:spacing w:before="108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708" w:type="dxa"/>
          </w:tcPr>
          <w:p w14:paraId="7C8EC547" w14:textId="77777777" w:rsidR="0026408A" w:rsidRPr="0026408A" w:rsidRDefault="0026408A" w:rsidP="0026408A">
            <w:pPr>
              <w:spacing w:before="108"/>
              <w:ind w:left="6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426" w:type="dxa"/>
            <w:shd w:val="clear" w:color="auto" w:fill="818181"/>
          </w:tcPr>
          <w:p w14:paraId="0C33350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23865C4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748F10F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2F8AD9A1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7CCBBFBD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2F87B61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046150B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24627DC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7181354E" w14:textId="77777777" w:rsidR="0026408A" w:rsidRPr="0026408A" w:rsidRDefault="0026408A" w:rsidP="0026408A">
            <w:pPr>
              <w:spacing w:before="108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375E688D" w14:textId="77777777" w:rsidTr="00DE652A">
        <w:trPr>
          <w:trHeight w:val="303"/>
        </w:trPr>
        <w:tc>
          <w:tcPr>
            <w:tcW w:w="687" w:type="dxa"/>
          </w:tcPr>
          <w:p w14:paraId="27381610" w14:textId="77777777" w:rsidR="0026408A" w:rsidRPr="0026408A" w:rsidRDefault="0026408A" w:rsidP="0026408A">
            <w:pPr>
              <w:spacing w:before="67"/>
              <w:ind w:left="37" w:right="34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IV</w:t>
            </w:r>
          </w:p>
        </w:tc>
        <w:tc>
          <w:tcPr>
            <w:tcW w:w="2741" w:type="dxa"/>
          </w:tcPr>
          <w:p w14:paraId="2DB3211B" w14:textId="77777777" w:rsidR="0026408A" w:rsidRPr="0026408A" w:rsidRDefault="0026408A" w:rsidP="0026408A">
            <w:pPr>
              <w:spacing w:line="242" w:lineRule="auto"/>
              <w:ind w:left="69" w:righ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Venta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mantenimiento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equipo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productos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contra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incendios.</w:t>
            </w:r>
          </w:p>
        </w:tc>
        <w:tc>
          <w:tcPr>
            <w:tcW w:w="475" w:type="dxa"/>
          </w:tcPr>
          <w:p w14:paraId="4C09D29D" w14:textId="77777777" w:rsidR="0026408A" w:rsidRPr="0026408A" w:rsidRDefault="0026408A" w:rsidP="0026408A">
            <w:pPr>
              <w:spacing w:line="264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2FE1A7A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7EE98A9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</w:tcPr>
          <w:p w14:paraId="60774D73" w14:textId="77777777" w:rsidR="0026408A" w:rsidRPr="0026408A" w:rsidRDefault="0026408A" w:rsidP="0026408A">
            <w:pPr>
              <w:spacing w:line="264" w:lineRule="exact"/>
              <w:ind w:left="122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425" w:type="dxa"/>
            <w:shd w:val="clear" w:color="auto" w:fill="818181"/>
          </w:tcPr>
          <w:p w14:paraId="5BE3196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32528273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22633D3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</w:tcPr>
          <w:p w14:paraId="542F11E2" w14:textId="77777777" w:rsidR="0026408A" w:rsidRPr="0026408A" w:rsidRDefault="0026408A" w:rsidP="0026408A">
            <w:pPr>
              <w:spacing w:line="264" w:lineRule="exact"/>
              <w:ind w:left="12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634" w:type="dxa"/>
            <w:shd w:val="clear" w:color="auto" w:fill="818181"/>
          </w:tcPr>
          <w:p w14:paraId="2CCDF4D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743627CD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5CA1EBEA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4AE4675E" w14:textId="77777777" w:rsidR="0026408A" w:rsidRPr="0026408A" w:rsidRDefault="0026408A" w:rsidP="0026408A">
            <w:pPr>
              <w:spacing w:line="264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65FC0EAB" w14:textId="77777777" w:rsidTr="00DE652A">
        <w:trPr>
          <w:trHeight w:val="273"/>
        </w:trPr>
        <w:tc>
          <w:tcPr>
            <w:tcW w:w="687" w:type="dxa"/>
          </w:tcPr>
          <w:p w14:paraId="3BDDB62D" w14:textId="77777777" w:rsidR="0026408A" w:rsidRPr="0026408A" w:rsidRDefault="0026408A" w:rsidP="0026408A">
            <w:pPr>
              <w:spacing w:before="53"/>
              <w:ind w:left="37" w:right="34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10"/>
                <w:sz w:val="12"/>
                <w:lang w:val="es-ES"/>
              </w:rPr>
              <w:t>V</w:t>
            </w:r>
          </w:p>
        </w:tc>
        <w:tc>
          <w:tcPr>
            <w:tcW w:w="2741" w:type="dxa"/>
          </w:tcPr>
          <w:p w14:paraId="43A2A4BA" w14:textId="77777777" w:rsidR="0026408A" w:rsidRPr="0026408A" w:rsidRDefault="0026408A" w:rsidP="0026408A">
            <w:pPr>
              <w:spacing w:line="121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Capacitación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en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seguridad,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salvamento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rescate</w:t>
            </w:r>
          </w:p>
          <w:p w14:paraId="51965F3E" w14:textId="77777777" w:rsidR="0026408A" w:rsidRPr="0026408A" w:rsidRDefault="0026408A" w:rsidP="0026408A">
            <w:pPr>
              <w:spacing w:line="137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acuático.</w:t>
            </w:r>
          </w:p>
        </w:tc>
        <w:tc>
          <w:tcPr>
            <w:tcW w:w="475" w:type="dxa"/>
          </w:tcPr>
          <w:p w14:paraId="10D0A80A" w14:textId="77777777" w:rsidR="0026408A" w:rsidRPr="0026408A" w:rsidRDefault="0026408A" w:rsidP="0026408A">
            <w:pPr>
              <w:spacing w:line="250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</w:tcPr>
          <w:p w14:paraId="2FCB4B4B" w14:textId="77777777" w:rsidR="0026408A" w:rsidRPr="0026408A" w:rsidRDefault="0026408A" w:rsidP="0026408A">
            <w:pPr>
              <w:spacing w:line="250" w:lineRule="exact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708" w:type="dxa"/>
            <w:shd w:val="clear" w:color="auto" w:fill="818181"/>
          </w:tcPr>
          <w:p w14:paraId="251456E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1856FA3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5BCAEEF1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133D8C43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3B3AB1B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55C0AF5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5C13921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75D8755D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0C1B580A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100D36CD" w14:textId="77777777" w:rsidR="0026408A" w:rsidRPr="0026408A" w:rsidRDefault="0026408A" w:rsidP="0026408A">
            <w:pPr>
              <w:spacing w:line="250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2AA418FC" w14:textId="77777777" w:rsidTr="00DE652A">
        <w:trPr>
          <w:trHeight w:val="523"/>
        </w:trPr>
        <w:tc>
          <w:tcPr>
            <w:tcW w:w="687" w:type="dxa"/>
          </w:tcPr>
          <w:p w14:paraId="11CB98CE" w14:textId="77777777" w:rsidR="0026408A" w:rsidRPr="0026408A" w:rsidRDefault="0026408A" w:rsidP="0026408A">
            <w:pPr>
              <w:spacing w:before="42"/>
              <w:rPr>
                <w:rFonts w:ascii="Arial" w:eastAsia="Arial MT" w:hAnsi="Arial MT" w:cs="Arial MT"/>
                <w:b/>
                <w:bCs/>
                <w:i/>
                <w:sz w:val="12"/>
                <w:lang w:val="es-ES"/>
              </w:rPr>
            </w:pPr>
          </w:p>
          <w:p w14:paraId="4AB1D2C7" w14:textId="77777777" w:rsidR="0026408A" w:rsidRPr="0026408A" w:rsidRDefault="0026408A" w:rsidP="0026408A">
            <w:pPr>
              <w:ind w:left="37" w:right="36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VI</w:t>
            </w:r>
          </w:p>
        </w:tc>
        <w:tc>
          <w:tcPr>
            <w:tcW w:w="2741" w:type="dxa"/>
          </w:tcPr>
          <w:p w14:paraId="22F0021F" w14:textId="416C49EA" w:rsidR="0026408A" w:rsidRPr="0026408A" w:rsidRDefault="0026408A" w:rsidP="0026408A">
            <w:pPr>
              <w:spacing w:before="41"/>
              <w:ind w:left="69" w:right="106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Capacitación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en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primeros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auxilios;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acreditar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nivel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 xml:space="preserve">de paramédico certificado, </w:t>
            </w:r>
            <w:r w:rsidR="007D4424" w:rsidRPr="0026408A">
              <w:rPr>
                <w:rFonts w:ascii="Arial MT" w:eastAsia="Arial MT" w:hAnsi="Arial MT" w:cs="Arial MT"/>
                <w:sz w:val="12"/>
                <w:lang w:val="es-ES"/>
              </w:rPr>
              <w:t>enfermero o médico titulados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.</w:t>
            </w:r>
          </w:p>
        </w:tc>
        <w:tc>
          <w:tcPr>
            <w:tcW w:w="475" w:type="dxa"/>
          </w:tcPr>
          <w:p w14:paraId="6C8E3354" w14:textId="77777777" w:rsidR="0026408A" w:rsidRPr="0026408A" w:rsidRDefault="0026408A" w:rsidP="0026408A">
            <w:pPr>
              <w:spacing w:before="101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</w:tcPr>
          <w:p w14:paraId="26541614" w14:textId="77777777" w:rsidR="0026408A" w:rsidRPr="0026408A" w:rsidRDefault="0026408A" w:rsidP="0026408A">
            <w:pPr>
              <w:spacing w:before="10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708" w:type="dxa"/>
            <w:shd w:val="clear" w:color="auto" w:fill="818181"/>
          </w:tcPr>
          <w:p w14:paraId="02DFBAC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5C0D695D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0990056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752C317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3B733F8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4F5A1ECD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4F5C6DB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27EB18F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0129C11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39E1E893" w14:textId="77777777" w:rsidR="0026408A" w:rsidRPr="0026408A" w:rsidRDefault="0026408A" w:rsidP="0026408A">
            <w:pPr>
              <w:spacing w:before="101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0706D30E" w14:textId="77777777" w:rsidTr="00DE652A">
        <w:trPr>
          <w:trHeight w:val="273"/>
        </w:trPr>
        <w:tc>
          <w:tcPr>
            <w:tcW w:w="687" w:type="dxa"/>
          </w:tcPr>
          <w:p w14:paraId="745F48B8" w14:textId="77777777" w:rsidR="0026408A" w:rsidRPr="0026408A" w:rsidRDefault="0026408A" w:rsidP="0026408A">
            <w:pPr>
              <w:spacing w:before="53"/>
              <w:ind w:left="37" w:right="35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VII</w:t>
            </w:r>
          </w:p>
        </w:tc>
        <w:tc>
          <w:tcPr>
            <w:tcW w:w="2741" w:type="dxa"/>
          </w:tcPr>
          <w:p w14:paraId="0675BE7F" w14:textId="77777777" w:rsidR="0026408A" w:rsidRPr="0026408A" w:rsidRDefault="0026408A" w:rsidP="0026408A">
            <w:pPr>
              <w:spacing w:line="121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Manejo,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acopio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sustancias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residuos</w:t>
            </w:r>
          </w:p>
          <w:p w14:paraId="6E19C728" w14:textId="77777777" w:rsidR="0026408A" w:rsidRPr="0026408A" w:rsidRDefault="0026408A" w:rsidP="0026408A">
            <w:pPr>
              <w:spacing w:line="137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peligrosos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1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contaminantes.</w:t>
            </w:r>
          </w:p>
        </w:tc>
        <w:tc>
          <w:tcPr>
            <w:tcW w:w="475" w:type="dxa"/>
          </w:tcPr>
          <w:p w14:paraId="6DFA2C22" w14:textId="77777777" w:rsidR="0026408A" w:rsidRPr="0026408A" w:rsidRDefault="0026408A" w:rsidP="0026408A">
            <w:pPr>
              <w:spacing w:line="250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317C160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0066DAC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04E2AC0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06EF4053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23836A96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039CB32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</w:tcPr>
          <w:p w14:paraId="2D91B945" w14:textId="77777777" w:rsidR="0026408A" w:rsidRPr="0026408A" w:rsidRDefault="0026408A" w:rsidP="0026408A">
            <w:pPr>
              <w:spacing w:line="250" w:lineRule="exact"/>
              <w:ind w:left="12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634" w:type="dxa"/>
            <w:shd w:val="clear" w:color="auto" w:fill="818181"/>
          </w:tcPr>
          <w:p w14:paraId="4A7D62F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4749BC1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72C0816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5E30890E" w14:textId="77777777" w:rsidR="0026408A" w:rsidRPr="0026408A" w:rsidRDefault="0026408A" w:rsidP="0026408A">
            <w:pPr>
              <w:spacing w:line="250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6CC9E837" w14:textId="77777777" w:rsidTr="00DE652A">
        <w:trPr>
          <w:trHeight w:val="268"/>
        </w:trPr>
        <w:tc>
          <w:tcPr>
            <w:tcW w:w="687" w:type="dxa"/>
          </w:tcPr>
          <w:p w14:paraId="2BDB61F5" w14:textId="77777777" w:rsidR="0026408A" w:rsidRPr="0026408A" w:rsidRDefault="0026408A" w:rsidP="0026408A">
            <w:pPr>
              <w:spacing w:before="50"/>
              <w:ind w:left="37" w:right="35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4"/>
                <w:sz w:val="12"/>
                <w:lang w:val="es-ES"/>
              </w:rPr>
              <w:t>VIII</w:t>
            </w:r>
          </w:p>
        </w:tc>
        <w:tc>
          <w:tcPr>
            <w:tcW w:w="2741" w:type="dxa"/>
          </w:tcPr>
          <w:p w14:paraId="1A49AB61" w14:textId="77777777" w:rsidR="0026408A" w:rsidRPr="0026408A" w:rsidRDefault="0026408A" w:rsidP="0026408A">
            <w:pPr>
              <w:spacing w:before="50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Análisis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1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estructuras.</w:t>
            </w:r>
          </w:p>
        </w:tc>
        <w:tc>
          <w:tcPr>
            <w:tcW w:w="475" w:type="dxa"/>
          </w:tcPr>
          <w:p w14:paraId="174064A2" w14:textId="77777777" w:rsidR="0026408A" w:rsidRPr="0026408A" w:rsidRDefault="0026408A" w:rsidP="0026408A">
            <w:pPr>
              <w:spacing w:line="248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1C615DC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</w:tcPr>
          <w:p w14:paraId="5E56E38B" w14:textId="77777777" w:rsidR="0026408A" w:rsidRPr="0026408A" w:rsidRDefault="0026408A" w:rsidP="0026408A">
            <w:pPr>
              <w:spacing w:line="248" w:lineRule="exact"/>
              <w:ind w:left="6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426" w:type="dxa"/>
            <w:shd w:val="clear" w:color="auto" w:fill="818181"/>
          </w:tcPr>
          <w:p w14:paraId="4664464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0FE9ED0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1C365B4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6C58FF7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2D4E8E4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39B4AC8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634BB17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69E4678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7A6416C1" w14:textId="77777777" w:rsidR="0026408A" w:rsidRPr="0026408A" w:rsidRDefault="0026408A" w:rsidP="0026408A">
            <w:pPr>
              <w:spacing w:line="248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55E5677A" w14:textId="77777777" w:rsidTr="00DE652A">
        <w:trPr>
          <w:trHeight w:val="273"/>
        </w:trPr>
        <w:tc>
          <w:tcPr>
            <w:tcW w:w="687" w:type="dxa"/>
          </w:tcPr>
          <w:p w14:paraId="18DE7ACC" w14:textId="77777777" w:rsidR="0026408A" w:rsidRPr="0026408A" w:rsidRDefault="0026408A" w:rsidP="0026408A">
            <w:pPr>
              <w:spacing w:before="51"/>
              <w:ind w:left="37" w:right="34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IX</w:t>
            </w:r>
          </w:p>
        </w:tc>
        <w:tc>
          <w:tcPr>
            <w:tcW w:w="2741" w:type="dxa"/>
          </w:tcPr>
          <w:p w14:paraId="2A199E7B" w14:textId="77777777" w:rsidR="0026408A" w:rsidRPr="0026408A" w:rsidRDefault="0026408A" w:rsidP="0026408A">
            <w:pPr>
              <w:spacing w:line="121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Señalización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en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materia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protección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civil;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>NOM-</w:t>
            </w:r>
          </w:p>
          <w:p w14:paraId="33E19B44" w14:textId="77777777" w:rsidR="0026408A" w:rsidRPr="0026408A" w:rsidRDefault="0026408A" w:rsidP="0026408A">
            <w:pPr>
              <w:spacing w:line="137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003-SEGOB.</w:t>
            </w:r>
          </w:p>
        </w:tc>
        <w:tc>
          <w:tcPr>
            <w:tcW w:w="475" w:type="dxa"/>
          </w:tcPr>
          <w:p w14:paraId="710E5D96" w14:textId="77777777" w:rsidR="0026408A" w:rsidRPr="0026408A" w:rsidRDefault="0026408A" w:rsidP="0026408A">
            <w:pPr>
              <w:spacing w:line="250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4F29342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</w:tcPr>
          <w:p w14:paraId="7AC3D01A" w14:textId="77777777" w:rsidR="0026408A" w:rsidRPr="0026408A" w:rsidRDefault="0026408A" w:rsidP="0026408A">
            <w:pPr>
              <w:spacing w:line="250" w:lineRule="exact"/>
              <w:ind w:left="6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426" w:type="dxa"/>
            <w:shd w:val="clear" w:color="auto" w:fill="818181"/>
          </w:tcPr>
          <w:p w14:paraId="45137E4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17DFC44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7E78CB6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7B1F12F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7226852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4ACE649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6AF686D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0EA0D67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4B4FF7E2" w14:textId="77777777" w:rsidR="0026408A" w:rsidRPr="0026408A" w:rsidRDefault="0026408A" w:rsidP="0026408A">
            <w:pPr>
              <w:spacing w:line="250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0D304288" w14:textId="77777777" w:rsidTr="00DE652A">
        <w:trPr>
          <w:trHeight w:val="380"/>
        </w:trPr>
        <w:tc>
          <w:tcPr>
            <w:tcW w:w="687" w:type="dxa"/>
          </w:tcPr>
          <w:p w14:paraId="5CBF8D02" w14:textId="77777777" w:rsidR="0026408A" w:rsidRPr="0026408A" w:rsidRDefault="0026408A" w:rsidP="0026408A">
            <w:pPr>
              <w:spacing w:before="106"/>
              <w:ind w:left="38" w:right="1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10"/>
                <w:sz w:val="12"/>
                <w:lang w:val="es-ES"/>
              </w:rPr>
              <w:t>X</w:t>
            </w:r>
          </w:p>
        </w:tc>
        <w:tc>
          <w:tcPr>
            <w:tcW w:w="2741" w:type="dxa"/>
          </w:tcPr>
          <w:p w14:paraId="3B916FD3" w14:textId="77777777" w:rsidR="0026408A" w:rsidRPr="0026408A" w:rsidRDefault="0026408A" w:rsidP="0026408A">
            <w:pPr>
              <w:spacing w:line="119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Unidad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Verificación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Instalaciones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 xml:space="preserve"> de</w:t>
            </w:r>
          </w:p>
          <w:p w14:paraId="557BD348" w14:textId="77777777" w:rsidR="0026408A" w:rsidRPr="0026408A" w:rsidRDefault="0026408A" w:rsidP="0026408A">
            <w:pPr>
              <w:spacing w:before="1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aprovechamiento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Gas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>LP.</w:t>
            </w:r>
          </w:p>
        </w:tc>
        <w:tc>
          <w:tcPr>
            <w:tcW w:w="475" w:type="dxa"/>
          </w:tcPr>
          <w:p w14:paraId="0A656500" w14:textId="77777777" w:rsidR="0026408A" w:rsidRPr="0026408A" w:rsidRDefault="0026408A" w:rsidP="0026408A">
            <w:pPr>
              <w:spacing w:before="27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6EE05D6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306D3A26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695CA0F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</w:tcPr>
          <w:p w14:paraId="21970EED" w14:textId="77777777" w:rsidR="0026408A" w:rsidRPr="0026408A" w:rsidRDefault="0026408A" w:rsidP="0026408A">
            <w:pPr>
              <w:spacing w:before="27"/>
              <w:ind w:left="10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3B24579D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7C4200B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</w:tcPr>
          <w:p w14:paraId="0B2369A5" w14:textId="77777777" w:rsidR="0026408A" w:rsidRPr="0026408A" w:rsidRDefault="0026408A" w:rsidP="0026408A">
            <w:pPr>
              <w:spacing w:before="27"/>
              <w:ind w:left="12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634" w:type="dxa"/>
            <w:shd w:val="clear" w:color="auto" w:fill="818181"/>
          </w:tcPr>
          <w:p w14:paraId="689892B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4041640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27A72973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52EDF080" w14:textId="77777777" w:rsidR="0026408A" w:rsidRPr="0026408A" w:rsidRDefault="0026408A" w:rsidP="0026408A">
            <w:pPr>
              <w:spacing w:before="27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1331F09A" w14:textId="77777777" w:rsidTr="00DE652A">
        <w:trPr>
          <w:trHeight w:val="502"/>
        </w:trPr>
        <w:tc>
          <w:tcPr>
            <w:tcW w:w="687" w:type="dxa"/>
          </w:tcPr>
          <w:p w14:paraId="0F7521B1" w14:textId="77777777" w:rsidR="0026408A" w:rsidRPr="0026408A" w:rsidRDefault="0026408A" w:rsidP="0026408A">
            <w:pPr>
              <w:spacing w:before="30"/>
              <w:rPr>
                <w:rFonts w:ascii="Arial" w:eastAsia="Arial MT" w:hAnsi="Arial MT" w:cs="Arial MT"/>
                <w:b/>
                <w:bCs/>
                <w:i/>
                <w:sz w:val="12"/>
                <w:lang w:val="es-ES"/>
              </w:rPr>
            </w:pPr>
          </w:p>
          <w:p w14:paraId="1B9A4551" w14:textId="77777777" w:rsidR="0026408A" w:rsidRPr="0026408A" w:rsidRDefault="0026408A" w:rsidP="0026408A">
            <w:pPr>
              <w:ind w:left="37" w:right="36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XI</w:t>
            </w:r>
          </w:p>
        </w:tc>
        <w:tc>
          <w:tcPr>
            <w:tcW w:w="2741" w:type="dxa"/>
          </w:tcPr>
          <w:p w14:paraId="0861E8E1" w14:textId="77777777" w:rsidR="0026408A" w:rsidRPr="0026408A" w:rsidRDefault="0026408A" w:rsidP="0026408A">
            <w:pPr>
              <w:spacing w:before="29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Dictaminación de Gas LP y Gas natural en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instalaciones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aprovechamiento,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diseño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construcción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(NOM-004-SEDG-2004).</w:t>
            </w:r>
          </w:p>
        </w:tc>
        <w:tc>
          <w:tcPr>
            <w:tcW w:w="475" w:type="dxa"/>
          </w:tcPr>
          <w:p w14:paraId="2F2FB8E9" w14:textId="77777777" w:rsidR="0026408A" w:rsidRPr="0026408A" w:rsidRDefault="0026408A" w:rsidP="0026408A">
            <w:pPr>
              <w:spacing w:before="89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54D58CD3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1F884DC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4B1B8316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</w:tcPr>
          <w:p w14:paraId="7980AFA4" w14:textId="77777777" w:rsidR="0026408A" w:rsidRPr="0026408A" w:rsidRDefault="0026408A" w:rsidP="0026408A">
            <w:pPr>
              <w:spacing w:before="89"/>
              <w:ind w:left="10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58DF1FD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02D4448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</w:tcPr>
          <w:p w14:paraId="2454EFD1" w14:textId="77777777" w:rsidR="0026408A" w:rsidRPr="0026408A" w:rsidRDefault="0026408A" w:rsidP="0026408A">
            <w:pPr>
              <w:spacing w:before="89"/>
              <w:ind w:left="12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634" w:type="dxa"/>
            <w:shd w:val="clear" w:color="auto" w:fill="818181"/>
          </w:tcPr>
          <w:p w14:paraId="6980EE6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1247EA13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6BEB94E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47BC05A9" w14:textId="77777777" w:rsidR="0026408A" w:rsidRPr="0026408A" w:rsidRDefault="0026408A" w:rsidP="0026408A">
            <w:pPr>
              <w:spacing w:before="89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53885DB8" w14:textId="77777777" w:rsidTr="00DE652A">
        <w:trPr>
          <w:trHeight w:val="266"/>
        </w:trPr>
        <w:tc>
          <w:tcPr>
            <w:tcW w:w="687" w:type="dxa"/>
          </w:tcPr>
          <w:p w14:paraId="7DE7ED01" w14:textId="77777777" w:rsidR="0026408A" w:rsidRPr="0026408A" w:rsidRDefault="0026408A" w:rsidP="0026408A">
            <w:pPr>
              <w:spacing w:before="48"/>
              <w:ind w:left="37" w:right="35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XII</w:t>
            </w:r>
          </w:p>
        </w:tc>
        <w:tc>
          <w:tcPr>
            <w:tcW w:w="2741" w:type="dxa"/>
          </w:tcPr>
          <w:p w14:paraId="457C2DE2" w14:textId="77777777" w:rsidR="0026408A" w:rsidRPr="0026408A" w:rsidRDefault="0026408A" w:rsidP="0026408A">
            <w:pPr>
              <w:spacing w:before="48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Instalaciones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Gas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>LP.</w:t>
            </w:r>
          </w:p>
        </w:tc>
        <w:tc>
          <w:tcPr>
            <w:tcW w:w="475" w:type="dxa"/>
          </w:tcPr>
          <w:p w14:paraId="47F90DF1" w14:textId="77777777" w:rsidR="0026408A" w:rsidRPr="0026408A" w:rsidRDefault="0026408A" w:rsidP="0026408A">
            <w:pPr>
              <w:spacing w:line="245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3898C46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57B33B7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11FD5033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</w:tcPr>
          <w:p w14:paraId="3DFA73B1" w14:textId="77777777" w:rsidR="0026408A" w:rsidRPr="0026408A" w:rsidRDefault="0026408A" w:rsidP="0026408A">
            <w:pPr>
              <w:spacing w:line="245" w:lineRule="exact"/>
              <w:ind w:left="10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4C352BD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2EE0799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74A5EB4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1C3EDC1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328DBF6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02F4F85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0AE6CE63" w14:textId="77777777" w:rsidR="0026408A" w:rsidRPr="0026408A" w:rsidRDefault="0026408A" w:rsidP="0026408A">
            <w:pPr>
              <w:spacing w:line="245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0D9196E2" w14:textId="77777777" w:rsidTr="00DE652A">
        <w:trPr>
          <w:trHeight w:val="545"/>
        </w:trPr>
        <w:tc>
          <w:tcPr>
            <w:tcW w:w="687" w:type="dxa"/>
          </w:tcPr>
          <w:p w14:paraId="31803DB1" w14:textId="77777777" w:rsidR="0026408A" w:rsidRPr="0026408A" w:rsidRDefault="0026408A" w:rsidP="0026408A">
            <w:pPr>
              <w:spacing w:before="51"/>
              <w:rPr>
                <w:rFonts w:ascii="Arial" w:eastAsia="Arial MT" w:hAnsi="Arial MT" w:cs="Arial MT"/>
                <w:b/>
                <w:bCs/>
                <w:i/>
                <w:sz w:val="12"/>
                <w:lang w:val="es-ES"/>
              </w:rPr>
            </w:pPr>
          </w:p>
          <w:p w14:paraId="1FCB8266" w14:textId="77777777" w:rsidR="0026408A" w:rsidRPr="0026408A" w:rsidRDefault="0026408A" w:rsidP="0026408A">
            <w:pPr>
              <w:spacing w:before="1"/>
              <w:ind w:left="37" w:right="35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4"/>
                <w:sz w:val="12"/>
                <w:lang w:val="es-ES"/>
              </w:rPr>
              <w:t>XIII</w:t>
            </w:r>
          </w:p>
        </w:tc>
        <w:tc>
          <w:tcPr>
            <w:tcW w:w="2741" w:type="dxa"/>
          </w:tcPr>
          <w:p w14:paraId="5D564763" w14:textId="77777777" w:rsidR="0026408A" w:rsidRPr="0026408A" w:rsidRDefault="0026408A" w:rsidP="0026408A">
            <w:pPr>
              <w:spacing w:line="121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Servicio,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Dictaminación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mantenimiento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>de</w:t>
            </w:r>
          </w:p>
          <w:p w14:paraId="51FD93FB" w14:textId="15F8687F" w:rsidR="0026408A" w:rsidRPr="0026408A" w:rsidRDefault="0026408A" w:rsidP="0026408A">
            <w:pPr>
              <w:ind w:left="69" w:right="106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instalaciones eléctricas deberá acreditar ser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="000C34AC" w:rsidRPr="0026408A">
              <w:rPr>
                <w:rFonts w:ascii="Arial MT" w:eastAsia="Arial MT" w:hAnsi="Arial MT" w:cs="Arial MT"/>
                <w:sz w:val="12"/>
                <w:lang w:val="es-ES"/>
              </w:rPr>
              <w:t>ingeniero</w:t>
            </w:r>
            <w:r w:rsidR="000C34AC"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="000C34AC" w:rsidRPr="0026408A">
              <w:rPr>
                <w:rFonts w:ascii="Arial MT" w:eastAsia="Arial MT" w:hAnsi="Arial MT" w:cs="Arial MT"/>
                <w:sz w:val="12"/>
                <w:lang w:val="es-ES"/>
              </w:rPr>
              <w:t>o mecánico eléctricos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titulado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con especialidad en instalaciones eléctricas.</w:t>
            </w:r>
          </w:p>
        </w:tc>
        <w:tc>
          <w:tcPr>
            <w:tcW w:w="475" w:type="dxa"/>
          </w:tcPr>
          <w:p w14:paraId="0822D70F" w14:textId="77777777" w:rsidR="0026408A" w:rsidRPr="0026408A" w:rsidRDefault="0026408A" w:rsidP="0026408A">
            <w:pPr>
              <w:spacing w:before="111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3BA109E1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2C04D5C1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50891ED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3771BE4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</w:tcPr>
          <w:p w14:paraId="219D9A43" w14:textId="77777777" w:rsidR="0026408A" w:rsidRPr="0026408A" w:rsidRDefault="0026408A" w:rsidP="0026408A">
            <w:pPr>
              <w:spacing w:before="111"/>
              <w:ind w:left="193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3633C87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</w:tcPr>
          <w:p w14:paraId="7B9E6C0C" w14:textId="77777777" w:rsidR="0026408A" w:rsidRPr="0026408A" w:rsidRDefault="0026408A" w:rsidP="0026408A">
            <w:pPr>
              <w:spacing w:before="111"/>
              <w:ind w:left="12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634" w:type="dxa"/>
            <w:shd w:val="clear" w:color="auto" w:fill="818181"/>
          </w:tcPr>
          <w:p w14:paraId="07A3FB01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38E1058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2B9E777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795A057D" w14:textId="77777777" w:rsidR="0026408A" w:rsidRPr="0026408A" w:rsidRDefault="0026408A" w:rsidP="0026408A">
            <w:pPr>
              <w:spacing w:before="111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0B372E13" w14:textId="77777777" w:rsidTr="00DE652A">
        <w:trPr>
          <w:trHeight w:val="270"/>
        </w:trPr>
        <w:tc>
          <w:tcPr>
            <w:tcW w:w="687" w:type="dxa"/>
          </w:tcPr>
          <w:p w14:paraId="255602FE" w14:textId="77777777" w:rsidR="0026408A" w:rsidRPr="0026408A" w:rsidRDefault="0026408A" w:rsidP="0026408A">
            <w:pPr>
              <w:spacing w:before="50"/>
              <w:ind w:left="37" w:right="37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XIV</w:t>
            </w:r>
          </w:p>
        </w:tc>
        <w:tc>
          <w:tcPr>
            <w:tcW w:w="2741" w:type="dxa"/>
          </w:tcPr>
          <w:p w14:paraId="6FBD8829" w14:textId="77777777" w:rsidR="0026408A" w:rsidRPr="0026408A" w:rsidRDefault="0026408A" w:rsidP="0026408A">
            <w:pPr>
              <w:spacing w:line="119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Servicio,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Dictaminación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mantenimiento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>de</w:t>
            </w:r>
          </w:p>
          <w:p w14:paraId="551D8E72" w14:textId="77777777" w:rsidR="0026408A" w:rsidRPr="0026408A" w:rsidRDefault="0026408A" w:rsidP="0026408A">
            <w:pPr>
              <w:spacing w:before="1" w:line="136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recipientes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sujetos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presión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calderas.</w:t>
            </w:r>
          </w:p>
        </w:tc>
        <w:tc>
          <w:tcPr>
            <w:tcW w:w="475" w:type="dxa"/>
          </w:tcPr>
          <w:p w14:paraId="69EE8780" w14:textId="77777777" w:rsidR="0026408A" w:rsidRPr="0026408A" w:rsidRDefault="0026408A" w:rsidP="0026408A">
            <w:pPr>
              <w:spacing w:line="248" w:lineRule="exact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</w:tcPr>
          <w:p w14:paraId="7ED11C67" w14:textId="77777777" w:rsidR="0026408A" w:rsidRPr="0026408A" w:rsidRDefault="0026408A" w:rsidP="0026408A">
            <w:pPr>
              <w:spacing w:line="248" w:lineRule="exact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708" w:type="dxa"/>
            <w:shd w:val="clear" w:color="auto" w:fill="818181"/>
          </w:tcPr>
          <w:p w14:paraId="373B92A1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0375040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3B285CB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16794F4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</w:tcPr>
          <w:p w14:paraId="46E2B06E" w14:textId="77777777" w:rsidR="0026408A" w:rsidRPr="0026408A" w:rsidRDefault="0026408A" w:rsidP="0026408A">
            <w:pPr>
              <w:spacing w:line="248" w:lineRule="exact"/>
              <w:ind w:left="193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00" w:type="dxa"/>
          </w:tcPr>
          <w:p w14:paraId="019745CE" w14:textId="77777777" w:rsidR="0026408A" w:rsidRPr="0026408A" w:rsidRDefault="0026408A" w:rsidP="0026408A">
            <w:pPr>
              <w:spacing w:line="248" w:lineRule="exact"/>
              <w:ind w:left="12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634" w:type="dxa"/>
            <w:shd w:val="clear" w:color="auto" w:fill="818181"/>
          </w:tcPr>
          <w:p w14:paraId="235D9B26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5915B3D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30A0CC1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23C3022D" w14:textId="77777777" w:rsidR="0026408A" w:rsidRPr="0026408A" w:rsidRDefault="0026408A" w:rsidP="0026408A">
            <w:pPr>
              <w:spacing w:line="248" w:lineRule="exact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4A827B75" w14:textId="77777777" w:rsidTr="00DE652A">
        <w:trPr>
          <w:trHeight w:val="408"/>
        </w:trPr>
        <w:tc>
          <w:tcPr>
            <w:tcW w:w="687" w:type="dxa"/>
          </w:tcPr>
          <w:p w14:paraId="5EEF4B71" w14:textId="77777777" w:rsidR="0026408A" w:rsidRPr="0026408A" w:rsidRDefault="0026408A" w:rsidP="0026408A">
            <w:pPr>
              <w:spacing w:before="120"/>
              <w:ind w:left="37" w:right="37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XV</w:t>
            </w:r>
          </w:p>
        </w:tc>
        <w:tc>
          <w:tcPr>
            <w:tcW w:w="2741" w:type="dxa"/>
          </w:tcPr>
          <w:p w14:paraId="1D2E2544" w14:textId="77777777" w:rsidR="0026408A" w:rsidRPr="0026408A" w:rsidRDefault="0026408A" w:rsidP="0026408A">
            <w:pPr>
              <w:spacing w:line="121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Instructor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o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Guía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en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actividades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riesgosas,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>deberá</w:t>
            </w:r>
          </w:p>
          <w:p w14:paraId="0E5854CF" w14:textId="77777777" w:rsidR="0026408A" w:rsidRPr="0026408A" w:rsidRDefault="0026408A" w:rsidP="0026408A">
            <w:pPr>
              <w:ind w:left="69" w:righ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presentar acreditación de conocimientos y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destrezas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en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el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área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solicitud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registro.</w:t>
            </w:r>
          </w:p>
        </w:tc>
        <w:tc>
          <w:tcPr>
            <w:tcW w:w="475" w:type="dxa"/>
          </w:tcPr>
          <w:p w14:paraId="6DBA3807" w14:textId="77777777" w:rsidR="0026408A" w:rsidRPr="0026408A" w:rsidRDefault="0026408A" w:rsidP="0026408A">
            <w:pPr>
              <w:spacing w:before="41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</w:tcPr>
          <w:p w14:paraId="1C04528A" w14:textId="77777777" w:rsidR="0026408A" w:rsidRPr="0026408A" w:rsidRDefault="0026408A" w:rsidP="0026408A">
            <w:pPr>
              <w:spacing w:before="4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708" w:type="dxa"/>
            <w:shd w:val="clear" w:color="auto" w:fill="818181"/>
          </w:tcPr>
          <w:p w14:paraId="6CDF447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4C53266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2CF54A36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592CB8B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23B6CF5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373D49C5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4543EC7F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59D4AD7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4F1056B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40DBC788" w14:textId="77777777" w:rsidR="0026408A" w:rsidRPr="0026408A" w:rsidRDefault="0026408A" w:rsidP="0026408A">
            <w:pPr>
              <w:spacing w:before="41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785C0661" w14:textId="77777777" w:rsidTr="00DE652A">
        <w:trPr>
          <w:trHeight w:val="589"/>
        </w:trPr>
        <w:tc>
          <w:tcPr>
            <w:tcW w:w="687" w:type="dxa"/>
          </w:tcPr>
          <w:p w14:paraId="0AC7032F" w14:textId="77777777" w:rsidR="0026408A" w:rsidRPr="0026408A" w:rsidRDefault="0026408A" w:rsidP="0026408A">
            <w:pPr>
              <w:spacing w:before="73"/>
              <w:rPr>
                <w:rFonts w:ascii="Arial" w:eastAsia="Arial MT" w:hAnsi="Arial MT" w:cs="Arial MT"/>
                <w:b/>
                <w:bCs/>
                <w:i/>
                <w:sz w:val="12"/>
                <w:lang w:val="es-ES"/>
              </w:rPr>
            </w:pPr>
          </w:p>
          <w:p w14:paraId="0FD1E716" w14:textId="77777777" w:rsidR="0026408A" w:rsidRPr="0026408A" w:rsidRDefault="0026408A" w:rsidP="0026408A">
            <w:pPr>
              <w:ind w:left="37" w:right="37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5"/>
                <w:sz w:val="12"/>
                <w:lang w:val="es-ES"/>
              </w:rPr>
              <w:t>XVI</w:t>
            </w:r>
          </w:p>
        </w:tc>
        <w:tc>
          <w:tcPr>
            <w:tcW w:w="2741" w:type="dxa"/>
          </w:tcPr>
          <w:p w14:paraId="029AF5A3" w14:textId="77777777" w:rsidR="0026408A" w:rsidRPr="0026408A" w:rsidRDefault="0026408A" w:rsidP="0026408A">
            <w:pPr>
              <w:spacing w:before="74"/>
              <w:ind w:left="69" w:righ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Servicios y manejo de materiales peligrosos,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deberá</w:t>
            </w:r>
            <w:r w:rsidRPr="0026408A">
              <w:rPr>
                <w:rFonts w:ascii="Arial MT" w:eastAsia="Arial MT" w:hAnsi="Arial MT" w:cs="Arial MT"/>
                <w:spacing w:val="-9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presentar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la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acreditación</w:t>
            </w:r>
            <w:r w:rsidRPr="0026408A">
              <w:rPr>
                <w:rFonts w:ascii="Arial MT" w:eastAsia="Arial MT" w:hAnsi="Arial MT" w:cs="Arial MT"/>
                <w:spacing w:val="-8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5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conocimientos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 capacidades en el área.</w:t>
            </w:r>
          </w:p>
        </w:tc>
        <w:tc>
          <w:tcPr>
            <w:tcW w:w="475" w:type="dxa"/>
          </w:tcPr>
          <w:p w14:paraId="0DCE1C00" w14:textId="77777777" w:rsidR="0026408A" w:rsidRPr="0026408A" w:rsidRDefault="0026408A" w:rsidP="0026408A">
            <w:pPr>
              <w:spacing w:before="132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3714DECE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36B45529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3F33D4F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427D1398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5365733A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76025D1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53B9760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  <w:shd w:val="clear" w:color="auto" w:fill="818181"/>
          </w:tcPr>
          <w:p w14:paraId="0CF2839A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323" w:type="dxa"/>
            <w:shd w:val="clear" w:color="auto" w:fill="818181"/>
          </w:tcPr>
          <w:p w14:paraId="4EAF6B3C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244" w:type="dxa"/>
            <w:shd w:val="clear" w:color="auto" w:fill="818181"/>
          </w:tcPr>
          <w:p w14:paraId="3AB1B0CB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10" w:type="dxa"/>
          </w:tcPr>
          <w:p w14:paraId="4DD826F9" w14:textId="77777777" w:rsidR="0026408A" w:rsidRPr="0026408A" w:rsidRDefault="0026408A" w:rsidP="0026408A">
            <w:pPr>
              <w:spacing w:before="132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  <w:tr w:rsidR="000C34AC" w:rsidRPr="0026408A" w14:paraId="61AD461F" w14:textId="77777777" w:rsidTr="00DE652A">
        <w:trPr>
          <w:trHeight w:val="408"/>
        </w:trPr>
        <w:tc>
          <w:tcPr>
            <w:tcW w:w="687" w:type="dxa"/>
          </w:tcPr>
          <w:p w14:paraId="7D6DB4F7" w14:textId="77777777" w:rsidR="0026408A" w:rsidRPr="0026408A" w:rsidRDefault="0026408A" w:rsidP="0026408A">
            <w:pPr>
              <w:spacing w:before="121"/>
              <w:ind w:left="37" w:right="37"/>
              <w:jc w:val="center"/>
              <w:rPr>
                <w:rFonts w:ascii="Arial MT" w:eastAsia="Arial MT" w:hAnsi="Arial MT" w:cs="Arial MT"/>
                <w:b/>
                <w:bCs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b/>
                <w:bCs/>
                <w:spacing w:val="-4"/>
                <w:sz w:val="12"/>
                <w:lang w:val="es-ES"/>
              </w:rPr>
              <w:t>XVII</w:t>
            </w:r>
          </w:p>
        </w:tc>
        <w:tc>
          <w:tcPr>
            <w:tcW w:w="2741" w:type="dxa"/>
          </w:tcPr>
          <w:p w14:paraId="74C46023" w14:textId="77777777" w:rsidR="0026408A" w:rsidRPr="0026408A" w:rsidRDefault="0026408A" w:rsidP="0026408A">
            <w:pPr>
              <w:spacing w:line="119" w:lineRule="exact"/>
              <w:ind w:left="69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Servicios</w:t>
            </w:r>
            <w:r w:rsidRPr="0026408A">
              <w:rPr>
                <w:rFonts w:ascii="Arial MT" w:eastAsia="Arial MT" w:hAnsi="Arial MT" w:cs="Arial MT"/>
                <w:spacing w:val="-3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Pirotecnia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y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Explosivos,</w:t>
            </w:r>
            <w:r w:rsidRPr="0026408A">
              <w:rPr>
                <w:rFonts w:ascii="Arial MT" w:eastAsia="Arial MT" w:hAnsi="Arial MT" w:cs="Arial MT"/>
                <w:spacing w:val="-2"/>
                <w:sz w:val="12"/>
                <w:lang w:val="es-ES"/>
              </w:rPr>
              <w:t xml:space="preserve"> permiso</w:t>
            </w:r>
          </w:p>
          <w:p w14:paraId="2CA91B06" w14:textId="6F5A83A3" w:rsidR="0026408A" w:rsidRPr="0026408A" w:rsidRDefault="0026408A" w:rsidP="0026408A">
            <w:pPr>
              <w:ind w:left="69" w:right="106"/>
              <w:rPr>
                <w:rFonts w:ascii="Arial MT" w:eastAsia="Arial MT" w:hAnsi="Arial MT" w:cs="Arial MT"/>
                <w:sz w:val="12"/>
                <w:lang w:val="es-ES"/>
              </w:rPr>
            </w:pP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general</w:t>
            </w:r>
            <w:r w:rsidRPr="0026408A">
              <w:rPr>
                <w:rFonts w:ascii="Arial MT" w:eastAsia="Arial MT" w:hAnsi="Arial MT" w:cs="Arial MT"/>
                <w:spacing w:val="-4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la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Secretaría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</w:t>
            </w:r>
            <w:r w:rsidRPr="0026408A">
              <w:rPr>
                <w:rFonts w:ascii="Arial MT" w:eastAsia="Arial MT" w:hAnsi="Arial MT" w:cs="Arial MT"/>
                <w:spacing w:val="-7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la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Defensa</w:t>
            </w:r>
            <w:r w:rsidRPr="0026408A">
              <w:rPr>
                <w:rFonts w:ascii="Arial MT" w:eastAsia="Arial MT" w:hAnsi="Arial MT" w:cs="Arial MT"/>
                <w:spacing w:val="-6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Nacional</w:t>
            </w:r>
            <w:r w:rsidRPr="0026408A">
              <w:rPr>
                <w:rFonts w:ascii="Arial MT" w:eastAsia="Arial MT" w:hAnsi="Arial MT" w:cs="Arial MT"/>
                <w:spacing w:val="40"/>
                <w:sz w:val="12"/>
                <w:lang w:val="es-ES"/>
              </w:rPr>
              <w:t xml:space="preserve"> 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>(</w:t>
            </w:r>
            <w:r w:rsidR="000C34AC" w:rsidRPr="0026408A">
              <w:rPr>
                <w:rFonts w:ascii="Arial MT" w:eastAsia="Arial MT" w:hAnsi="Arial MT" w:cs="Arial MT"/>
                <w:sz w:val="12"/>
                <w:lang w:val="es-ES"/>
              </w:rPr>
              <w:t>de acuerdo con</w:t>
            </w:r>
            <w:r w:rsidRPr="0026408A">
              <w:rPr>
                <w:rFonts w:ascii="Arial MT" w:eastAsia="Arial MT" w:hAnsi="Arial MT" w:cs="Arial MT"/>
                <w:sz w:val="12"/>
                <w:lang w:val="es-ES"/>
              </w:rPr>
              <w:t xml:space="preserve"> la actividad que realizará).</w:t>
            </w:r>
          </w:p>
        </w:tc>
        <w:tc>
          <w:tcPr>
            <w:tcW w:w="475" w:type="dxa"/>
          </w:tcPr>
          <w:p w14:paraId="6E7E75D7" w14:textId="77777777" w:rsidR="0026408A" w:rsidRPr="0026408A" w:rsidRDefault="0026408A" w:rsidP="0026408A">
            <w:pPr>
              <w:spacing w:before="42"/>
              <w:ind w:left="12" w:righ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567" w:type="dxa"/>
            <w:shd w:val="clear" w:color="auto" w:fill="818181"/>
          </w:tcPr>
          <w:p w14:paraId="047BAFF2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708" w:type="dxa"/>
            <w:shd w:val="clear" w:color="auto" w:fill="818181"/>
          </w:tcPr>
          <w:p w14:paraId="18198DB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6" w:type="dxa"/>
            <w:shd w:val="clear" w:color="auto" w:fill="818181"/>
          </w:tcPr>
          <w:p w14:paraId="275D6A50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425" w:type="dxa"/>
            <w:shd w:val="clear" w:color="auto" w:fill="818181"/>
          </w:tcPr>
          <w:p w14:paraId="45C43C9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1454D87A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67" w:type="dxa"/>
            <w:shd w:val="clear" w:color="auto" w:fill="818181"/>
          </w:tcPr>
          <w:p w14:paraId="16018A94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500" w:type="dxa"/>
            <w:shd w:val="clear" w:color="auto" w:fill="818181"/>
          </w:tcPr>
          <w:p w14:paraId="542E0377" w14:textId="77777777" w:rsidR="0026408A" w:rsidRPr="0026408A" w:rsidRDefault="0026408A" w:rsidP="0026408A">
            <w:pPr>
              <w:rPr>
                <w:rFonts w:ascii="Times New Roman" w:eastAsia="Arial MT" w:hAnsi="Arial MT" w:cs="Arial MT"/>
                <w:sz w:val="12"/>
                <w:lang w:val="es-ES"/>
              </w:rPr>
            </w:pPr>
          </w:p>
        </w:tc>
        <w:tc>
          <w:tcPr>
            <w:tcW w:w="634" w:type="dxa"/>
          </w:tcPr>
          <w:p w14:paraId="0447D2D0" w14:textId="77777777" w:rsidR="0026408A" w:rsidRPr="0026408A" w:rsidRDefault="0026408A" w:rsidP="0026408A">
            <w:pPr>
              <w:spacing w:before="42"/>
              <w:ind w:left="195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323" w:type="dxa"/>
          </w:tcPr>
          <w:p w14:paraId="526F1C3A" w14:textId="77777777" w:rsidR="0026408A" w:rsidRPr="0026408A" w:rsidRDefault="0026408A" w:rsidP="0026408A">
            <w:pPr>
              <w:spacing w:before="42"/>
              <w:ind w:left="125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244" w:type="dxa"/>
          </w:tcPr>
          <w:p w14:paraId="0B9AAC6C" w14:textId="77777777" w:rsidR="0026408A" w:rsidRPr="0026408A" w:rsidRDefault="0026408A" w:rsidP="0026408A">
            <w:pPr>
              <w:spacing w:before="42"/>
              <w:ind w:left="91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  <w:tc>
          <w:tcPr>
            <w:tcW w:w="710" w:type="dxa"/>
          </w:tcPr>
          <w:p w14:paraId="47D56C6C" w14:textId="77777777" w:rsidR="0026408A" w:rsidRPr="0026408A" w:rsidRDefault="0026408A" w:rsidP="0026408A">
            <w:pPr>
              <w:spacing w:before="42"/>
              <w:ind w:left="11"/>
              <w:jc w:val="center"/>
              <w:rPr>
                <w:rFonts w:ascii="Arial MT" w:eastAsia="Arial MT" w:hAnsi="Arial MT" w:cs="Arial MT"/>
                <w:sz w:val="24"/>
                <w:lang w:val="es-ES"/>
              </w:rPr>
            </w:pPr>
            <w:r w:rsidRPr="0026408A">
              <w:rPr>
                <w:rFonts w:ascii="Segoe UI Symbol" w:eastAsia="Arial MT" w:hAnsi="Segoe UI Symbol" w:cs="Segoe UI Symbol"/>
                <w:spacing w:val="-10"/>
                <w:sz w:val="24"/>
                <w:lang w:val="es-ES"/>
              </w:rPr>
              <w:t>🗸</w:t>
            </w:r>
          </w:p>
        </w:tc>
      </w:tr>
    </w:tbl>
    <w:p w14:paraId="2C7C7874" w14:textId="77777777" w:rsidR="00A04415" w:rsidRDefault="00647B2C" w:rsidP="00A04415">
      <w:pPr>
        <w:rPr>
          <w:rFonts w:ascii="Arial" w:hAnsi="Arial" w:cs="Arial"/>
          <w:i/>
          <w:iCs/>
          <w:sz w:val="16"/>
          <w:szCs w:val="16"/>
        </w:rPr>
      </w:pPr>
      <w:r w:rsidRPr="00EE3D13">
        <w:rPr>
          <w:rFonts w:ascii="Arial" w:hAnsi="Arial" w:cs="Arial"/>
          <w:i/>
          <w:iCs/>
          <w:sz w:val="16"/>
          <w:szCs w:val="16"/>
        </w:rPr>
        <w:t xml:space="preserve">Autorizo desde este momento al personal de la dirección de protección civil, bomberos y guardavidas, el uso y manejo de los datos personales para los fines que la presente corresponda. Manifiesto bajo protesta de decir verdad y bajo mi estricta responsabilidad que los datos asentados en la presente solicitud son ciertos.   </w:t>
      </w:r>
    </w:p>
    <w:p w14:paraId="68C00A39" w14:textId="2254DBAE" w:rsidR="00647B2C" w:rsidRPr="000C34AC" w:rsidRDefault="00647B2C" w:rsidP="00A04415">
      <w:pPr>
        <w:spacing w:after="0" w:line="240" w:lineRule="auto"/>
        <w:jc w:val="center"/>
        <w:rPr>
          <w:rFonts w:ascii="Arial" w:hAnsi="Arial" w:cs="Arial"/>
          <w:i/>
          <w:iCs/>
          <w:sz w:val="16"/>
          <w:szCs w:val="16"/>
        </w:rPr>
      </w:pPr>
      <w:r w:rsidRPr="00824A3A">
        <w:t>ATENTAMENTE</w:t>
      </w:r>
    </w:p>
    <w:p w14:paraId="2A551FE0" w14:textId="6B03B0F9" w:rsidR="00647B2C" w:rsidRPr="00A86433" w:rsidRDefault="00647B2C" w:rsidP="00EE3D13">
      <w:pPr>
        <w:spacing w:after="11" w:line="240" w:lineRule="auto"/>
        <w:ind w:left="10" w:right="133"/>
        <w:jc w:val="center"/>
        <w:rPr>
          <w:rFonts w:ascii="Cambria" w:hAnsi="Cambria"/>
          <w:sz w:val="16"/>
          <w:szCs w:val="16"/>
        </w:rPr>
      </w:pPr>
      <w:r w:rsidRPr="00A86433">
        <w:rPr>
          <w:rFonts w:ascii="Cambria" w:hAnsi="Cambria"/>
          <w:sz w:val="16"/>
          <w:szCs w:val="16"/>
        </w:rPr>
        <w:t>A ______DEL MES DE _____________________________DEL 202</w:t>
      </w:r>
      <w:r w:rsidR="0027669B">
        <w:rPr>
          <w:rFonts w:ascii="Cambria" w:hAnsi="Cambria"/>
          <w:sz w:val="16"/>
          <w:szCs w:val="16"/>
        </w:rPr>
        <w:t>6</w:t>
      </w:r>
      <w:r w:rsidRPr="00A86433">
        <w:rPr>
          <w:rFonts w:ascii="Cambria" w:hAnsi="Cambria"/>
          <w:sz w:val="16"/>
          <w:szCs w:val="16"/>
        </w:rPr>
        <w:t>.</w:t>
      </w:r>
    </w:p>
    <w:p w14:paraId="4F6EFDBE" w14:textId="172569BE" w:rsidR="002706C3" w:rsidRPr="00A04415" w:rsidRDefault="00A04415" w:rsidP="00A04415">
      <w:pPr>
        <w:spacing w:line="720" w:lineRule="auto"/>
        <w:jc w:val="center"/>
        <w:rPr>
          <w:b/>
          <w:bCs/>
          <w:sz w:val="16"/>
          <w:szCs w:val="16"/>
        </w:rPr>
      </w:pPr>
      <w:bookmarkStart w:id="0" w:name="_Hlk216434375"/>
      <w:r>
        <w:rPr>
          <w:b/>
          <w:bCs/>
          <w:noProof/>
          <w:spacing w:val="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719C8C" wp14:editId="05915729">
                <wp:simplePos x="0" y="0"/>
                <wp:positionH relativeFrom="column">
                  <wp:posOffset>841375</wp:posOffset>
                </wp:positionH>
                <wp:positionV relativeFrom="paragraph">
                  <wp:posOffset>504190</wp:posOffset>
                </wp:positionV>
                <wp:extent cx="3895725" cy="0"/>
                <wp:effectExtent l="0" t="0" r="0" b="0"/>
                <wp:wrapNone/>
                <wp:docPr id="356801372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5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31166E" id="Conector recto 5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25pt,39.7pt" to="373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" strokecolor="black [3040]"/>
            </w:pict>
          </mc:Fallback>
        </mc:AlternateContent>
      </w:r>
      <w:r>
        <w:rPr>
          <w:b/>
          <w:bCs/>
          <w:noProof/>
          <w:spacing w:val="1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33D328" wp14:editId="54FBC291">
                <wp:simplePos x="0" y="0"/>
                <wp:positionH relativeFrom="column">
                  <wp:posOffset>594360</wp:posOffset>
                </wp:positionH>
                <wp:positionV relativeFrom="paragraph">
                  <wp:posOffset>505460</wp:posOffset>
                </wp:positionV>
                <wp:extent cx="4419600" cy="457200"/>
                <wp:effectExtent l="0" t="0" r="0" b="0"/>
                <wp:wrapNone/>
                <wp:docPr id="946875378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71D2BA" w14:textId="77777777" w:rsidR="00376B11" w:rsidRPr="00376B11" w:rsidRDefault="00376B11" w:rsidP="00376B11">
                            <w:pPr>
                              <w:spacing w:line="720" w:lineRule="auto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P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r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ese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n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ta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r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est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e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f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</w:t>
                            </w:r>
                            <w:r w:rsidRPr="00CF5A0F">
                              <w:rPr>
                                <w:b/>
                                <w:bCs/>
                                <w:spacing w:val="-2"/>
                                <w:sz w:val="12"/>
                                <w:szCs w:val="12"/>
                              </w:rPr>
                              <w:t>r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m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at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e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n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</w:t>
                            </w:r>
                            <w:r w:rsidRPr="00CF5A0F">
                              <w:rPr>
                                <w:b/>
                                <w:bCs/>
                                <w:spacing w:val="-2"/>
                                <w:sz w:val="12"/>
                                <w:szCs w:val="12"/>
                              </w:rPr>
                              <w:t>r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g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nal</w:t>
                            </w:r>
                            <w:r w:rsidRPr="00CF5A0F">
                              <w:rPr>
                                <w:b/>
                                <w:bCs/>
                                <w:spacing w:val="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y</w:t>
                            </w:r>
                            <w:r w:rsidRPr="00CF5A0F">
                              <w:rPr>
                                <w:b/>
                                <w:bCs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c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op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a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;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e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l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se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l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l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de</w:t>
                            </w:r>
                            <w:r w:rsidRPr="00CF5A0F">
                              <w:rPr>
                                <w:b/>
                                <w:bCs/>
                                <w:spacing w:val="-2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r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ec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pacing w:val="-2"/>
                                <w:sz w:val="12"/>
                                <w:szCs w:val="12"/>
                              </w:rPr>
                              <w:t>b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do</w:t>
                            </w:r>
                            <w:r w:rsidRPr="00CF5A0F">
                              <w:rPr>
                                <w:b/>
                                <w:bCs/>
                                <w:spacing w:val="-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no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ga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ra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n</w:t>
                            </w:r>
                            <w:r w:rsidRPr="00CF5A0F">
                              <w:rPr>
                                <w:b/>
                                <w:bCs/>
                                <w:spacing w:val="-3"/>
                                <w:sz w:val="12"/>
                                <w:szCs w:val="12"/>
                              </w:rPr>
                              <w:t>t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iz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a</w:t>
                            </w:r>
                            <w:r w:rsidRPr="00CF5A0F">
                              <w:rPr>
                                <w:b/>
                                <w:bCs/>
                                <w:spacing w:val="-2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l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a</w:t>
                            </w:r>
                            <w:r w:rsidRPr="00CF5A0F">
                              <w:rPr>
                                <w:b/>
                                <w:bCs/>
                                <w:spacing w:val="-2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t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ta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l 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n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te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gr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a</w:t>
                            </w:r>
                            <w:r w:rsidRPr="00CF5A0F">
                              <w:rPr>
                                <w:b/>
                                <w:bCs/>
                                <w:spacing w:val="-3"/>
                                <w:sz w:val="12"/>
                                <w:szCs w:val="12"/>
                              </w:rPr>
                              <w:t>c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ón</w:t>
                            </w:r>
                            <w:r w:rsidRPr="00CF5A0F">
                              <w:rPr>
                                <w:b/>
                                <w:bCs/>
                                <w:spacing w:val="-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del</w:t>
                            </w:r>
                            <w:r w:rsidRPr="00CF5A0F">
                              <w:rPr>
                                <w:b/>
                                <w:bCs/>
                                <w:spacing w:val="2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ex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pe</w:t>
                            </w:r>
                            <w:r w:rsidRPr="00CF5A0F">
                              <w:rPr>
                                <w:b/>
                                <w:bCs/>
                                <w:spacing w:val="-3"/>
                                <w:sz w:val="12"/>
                                <w:szCs w:val="12"/>
                              </w:rPr>
                              <w:t>d</w:t>
                            </w:r>
                            <w:r w:rsidRPr="00CF5A0F">
                              <w:rPr>
                                <w:b/>
                                <w:bCs/>
                                <w:spacing w:val="1"/>
                                <w:sz w:val="12"/>
                                <w:szCs w:val="12"/>
                              </w:rPr>
                              <w:t>i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e</w:t>
                            </w:r>
                            <w:r w:rsidRPr="00CF5A0F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n</w:t>
                            </w:r>
                            <w:r w:rsidRPr="00CF5A0F">
                              <w:rPr>
                                <w:b/>
                                <w:bCs/>
                                <w:spacing w:val="-1"/>
                                <w:sz w:val="12"/>
                                <w:szCs w:val="12"/>
                              </w:rPr>
                              <w:t>te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.</w:t>
                            </w:r>
                          </w:p>
                          <w:p w14:paraId="410FC660" w14:textId="77777777" w:rsidR="00376B11" w:rsidRDefault="00376B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3D328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7" type="#_x0000_t202" style="position:absolute;left:0;text-align:left;margin-left:46.8pt;margin-top:39.8pt;width:348pt;height:3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" filled="f" stroked="f">
                <v:textbox>
                  <w:txbxContent>
                    <w:p w14:paraId="1671D2BA" w14:textId="77777777" w:rsidR="00376B11" w:rsidRPr="00376B11" w:rsidRDefault="00376B11" w:rsidP="00376B11">
                      <w:pPr>
                        <w:spacing w:line="720" w:lineRule="auto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P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r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ese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n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ta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r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est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e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f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o</w:t>
                      </w:r>
                      <w:r w:rsidRPr="00CF5A0F">
                        <w:rPr>
                          <w:b/>
                          <w:bCs/>
                          <w:spacing w:val="-2"/>
                          <w:sz w:val="12"/>
                          <w:szCs w:val="12"/>
                        </w:rPr>
                        <w:t>r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m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at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o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e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n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o</w:t>
                      </w:r>
                      <w:r w:rsidRPr="00CF5A0F">
                        <w:rPr>
                          <w:b/>
                          <w:bCs/>
                          <w:spacing w:val="-2"/>
                          <w:sz w:val="12"/>
                          <w:szCs w:val="12"/>
                        </w:rPr>
                        <w:t>r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g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nal</w:t>
                      </w:r>
                      <w:r w:rsidRPr="00CF5A0F">
                        <w:rPr>
                          <w:b/>
                          <w:bCs/>
                          <w:spacing w:val="4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y</w:t>
                      </w:r>
                      <w:r w:rsidRPr="00CF5A0F">
                        <w:rPr>
                          <w:b/>
                          <w:bCs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c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op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a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 xml:space="preserve">;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e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 xml:space="preserve">l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se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l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l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o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de</w:t>
                      </w:r>
                      <w:r w:rsidRPr="00CF5A0F">
                        <w:rPr>
                          <w:b/>
                          <w:bCs/>
                          <w:spacing w:val="-2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r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ec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pacing w:val="-2"/>
                          <w:sz w:val="12"/>
                          <w:szCs w:val="12"/>
                        </w:rPr>
                        <w:t>b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do</w:t>
                      </w:r>
                      <w:r w:rsidRPr="00CF5A0F">
                        <w:rPr>
                          <w:b/>
                          <w:bCs/>
                          <w:spacing w:val="-3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no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ga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ra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n</w:t>
                      </w:r>
                      <w:r w:rsidRPr="00CF5A0F">
                        <w:rPr>
                          <w:b/>
                          <w:bCs/>
                          <w:spacing w:val="-3"/>
                          <w:sz w:val="12"/>
                          <w:szCs w:val="12"/>
                        </w:rPr>
                        <w:t>t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iz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a</w:t>
                      </w:r>
                      <w:r w:rsidRPr="00CF5A0F">
                        <w:rPr>
                          <w:b/>
                          <w:bCs/>
                          <w:spacing w:val="-2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l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a</w:t>
                      </w:r>
                      <w:r w:rsidRPr="00CF5A0F">
                        <w:rPr>
                          <w:b/>
                          <w:bCs/>
                          <w:spacing w:val="-2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t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o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ta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 xml:space="preserve">l 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n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te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gr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a</w:t>
                      </w:r>
                      <w:r w:rsidRPr="00CF5A0F">
                        <w:rPr>
                          <w:b/>
                          <w:bCs/>
                          <w:spacing w:val="-3"/>
                          <w:sz w:val="12"/>
                          <w:szCs w:val="12"/>
                        </w:rPr>
                        <w:t>c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ón</w:t>
                      </w:r>
                      <w:r w:rsidRPr="00CF5A0F">
                        <w:rPr>
                          <w:b/>
                          <w:bCs/>
                          <w:spacing w:val="-3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del</w:t>
                      </w:r>
                      <w:r w:rsidRPr="00CF5A0F">
                        <w:rPr>
                          <w:b/>
                          <w:bCs/>
                          <w:spacing w:val="2"/>
                          <w:sz w:val="12"/>
                          <w:szCs w:val="12"/>
                        </w:rPr>
                        <w:t xml:space="preserve"> 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ex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pe</w:t>
                      </w:r>
                      <w:r w:rsidRPr="00CF5A0F">
                        <w:rPr>
                          <w:b/>
                          <w:bCs/>
                          <w:spacing w:val="-3"/>
                          <w:sz w:val="12"/>
                          <w:szCs w:val="12"/>
                        </w:rPr>
                        <w:t>d</w:t>
                      </w:r>
                      <w:r w:rsidRPr="00CF5A0F">
                        <w:rPr>
                          <w:b/>
                          <w:bCs/>
                          <w:spacing w:val="1"/>
                          <w:sz w:val="12"/>
                          <w:szCs w:val="12"/>
                        </w:rPr>
                        <w:t>i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e</w:t>
                      </w:r>
                      <w:r w:rsidRPr="00CF5A0F">
                        <w:rPr>
                          <w:b/>
                          <w:bCs/>
                          <w:sz w:val="12"/>
                          <w:szCs w:val="12"/>
                        </w:rPr>
                        <w:t>n</w:t>
                      </w:r>
                      <w:r w:rsidRPr="00CF5A0F">
                        <w:rPr>
                          <w:b/>
                          <w:bCs/>
                          <w:spacing w:val="-1"/>
                          <w:sz w:val="12"/>
                          <w:szCs w:val="12"/>
                        </w:rPr>
                        <w:t>te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.</w:t>
                      </w:r>
                    </w:p>
                    <w:p w14:paraId="410FC660" w14:textId="77777777" w:rsidR="00376B11" w:rsidRDefault="00376B11"/>
                  </w:txbxContent>
                </v:textbox>
              </v:shape>
            </w:pict>
          </mc:Fallback>
        </mc:AlternateContent>
      </w:r>
      <w:bookmarkEnd w:id="0"/>
      <w:r w:rsidR="00647B2C" w:rsidRPr="00CF5A0F">
        <w:rPr>
          <w:b/>
          <w:bCs/>
          <w:sz w:val="16"/>
          <w:szCs w:val="16"/>
        </w:rPr>
        <w:t>NOMBRE Y FIRMA DEL SOLICITANTE O REPRESENTANTE LEGA</w:t>
      </w:r>
    </w:p>
    <w:sectPr w:rsidR="002706C3" w:rsidRPr="00A04415" w:rsidSect="00B74971">
      <w:headerReference w:type="default" r:id="rId9"/>
      <w:footerReference w:type="default" r:id="rId10"/>
      <w:pgSz w:w="12240" w:h="15840"/>
      <w:pgMar w:top="1440" w:right="1800" w:bottom="1440" w:left="1800" w:header="5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FB9D2" w14:textId="77777777" w:rsidR="00575DE6" w:rsidRDefault="00575DE6" w:rsidP="007738D4">
      <w:pPr>
        <w:spacing w:after="0" w:line="240" w:lineRule="auto"/>
      </w:pPr>
      <w:r>
        <w:separator/>
      </w:r>
    </w:p>
  </w:endnote>
  <w:endnote w:type="continuationSeparator" w:id="0">
    <w:p w14:paraId="46E5E886" w14:textId="77777777" w:rsidR="00575DE6" w:rsidRDefault="00575DE6" w:rsidP="00773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5F449" w14:textId="33CD22A9" w:rsidR="00731062" w:rsidRDefault="0073106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6BDAE8" wp14:editId="0DE7923C">
          <wp:simplePos x="0" y="0"/>
          <wp:positionH relativeFrom="column">
            <wp:posOffset>-921327</wp:posOffset>
          </wp:positionH>
          <wp:positionV relativeFrom="paragraph">
            <wp:posOffset>-729788</wp:posOffset>
          </wp:positionV>
          <wp:extent cx="7432040" cy="865880"/>
          <wp:effectExtent l="0" t="0" r="0" b="0"/>
          <wp:wrapTight wrapText="bothSides">
            <wp:wrapPolygon edited="0">
              <wp:start x="0" y="0"/>
              <wp:lineTo x="0" y="20919"/>
              <wp:lineTo x="21537" y="20919"/>
              <wp:lineTo x="21537" y="0"/>
              <wp:lineTo x="0" y="0"/>
            </wp:wrapPolygon>
          </wp:wrapTight>
          <wp:docPr id="169459099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32040" cy="865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9B70F" w14:textId="77777777" w:rsidR="00575DE6" w:rsidRDefault="00575DE6" w:rsidP="007738D4">
      <w:pPr>
        <w:spacing w:after="0" w:line="240" w:lineRule="auto"/>
      </w:pPr>
      <w:r>
        <w:separator/>
      </w:r>
    </w:p>
  </w:footnote>
  <w:footnote w:type="continuationSeparator" w:id="0">
    <w:p w14:paraId="0E5B789A" w14:textId="77777777" w:rsidR="00575DE6" w:rsidRDefault="00575DE6" w:rsidP="007738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CF2F3" w14:textId="74ED50A1" w:rsidR="007738D4" w:rsidRDefault="007738D4">
    <w:pPr>
      <w:pStyle w:val="Encabezado"/>
    </w:pPr>
    <w:r>
      <w:rPr>
        <w:noProof/>
      </w:rPr>
      <w:drawing>
        <wp:anchor distT="0" distB="0" distL="114300" distR="114300" simplePos="0" relativeHeight="251648000" behindDoc="1" locked="1" layoutInCell="1" allowOverlap="1" wp14:anchorId="4F3B2527" wp14:editId="6B1C5DBC">
          <wp:simplePos x="0" y="0"/>
          <wp:positionH relativeFrom="margin">
            <wp:posOffset>-311785</wp:posOffset>
          </wp:positionH>
          <wp:positionV relativeFrom="page">
            <wp:posOffset>13335</wp:posOffset>
          </wp:positionV>
          <wp:extent cx="6073140" cy="829945"/>
          <wp:effectExtent l="0" t="0" r="3810" b="8255"/>
          <wp:wrapNone/>
          <wp:docPr id="1863022813" name="Imagen 1" descr="Aplicación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7001883" name="Imagen 1" descr="Aplicación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28" t="2319" r="-46" b="87250"/>
                  <a:stretch>
                    <a:fillRect/>
                  </a:stretch>
                </pic:blipFill>
                <pic:spPr bwMode="auto">
                  <a:xfrm>
                    <a:off x="0" y="0"/>
                    <a:ext cx="6073140" cy="829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55B3E69"/>
    <w:multiLevelType w:val="hybridMultilevel"/>
    <w:tmpl w:val="E0BE5446"/>
    <w:lvl w:ilvl="0" w:tplc="8F764930">
      <w:numFmt w:val="bullet"/>
      <w:lvlText w:val=""/>
      <w:lvlJc w:val="left"/>
      <w:pPr>
        <w:ind w:left="8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es-ES" w:eastAsia="en-US" w:bidi="ar-SA"/>
      </w:rPr>
    </w:lvl>
    <w:lvl w:ilvl="1" w:tplc="1206E162">
      <w:numFmt w:val="bullet"/>
      <w:lvlText w:val="•"/>
      <w:lvlJc w:val="left"/>
      <w:pPr>
        <w:ind w:left="1444" w:hanging="360"/>
      </w:pPr>
      <w:rPr>
        <w:rFonts w:hint="default"/>
        <w:lang w:val="es-ES" w:eastAsia="en-US" w:bidi="ar-SA"/>
      </w:rPr>
    </w:lvl>
    <w:lvl w:ilvl="2" w:tplc="FF5AB59E">
      <w:numFmt w:val="bullet"/>
      <w:lvlText w:val="•"/>
      <w:lvlJc w:val="left"/>
      <w:pPr>
        <w:ind w:left="2048" w:hanging="360"/>
      </w:pPr>
      <w:rPr>
        <w:rFonts w:hint="default"/>
        <w:lang w:val="es-ES" w:eastAsia="en-US" w:bidi="ar-SA"/>
      </w:rPr>
    </w:lvl>
    <w:lvl w:ilvl="3" w:tplc="E7F07938">
      <w:numFmt w:val="bullet"/>
      <w:lvlText w:val="•"/>
      <w:lvlJc w:val="left"/>
      <w:pPr>
        <w:ind w:left="2652" w:hanging="360"/>
      </w:pPr>
      <w:rPr>
        <w:rFonts w:hint="default"/>
        <w:lang w:val="es-ES" w:eastAsia="en-US" w:bidi="ar-SA"/>
      </w:rPr>
    </w:lvl>
    <w:lvl w:ilvl="4" w:tplc="C098406A">
      <w:numFmt w:val="bullet"/>
      <w:lvlText w:val="•"/>
      <w:lvlJc w:val="left"/>
      <w:pPr>
        <w:ind w:left="3256" w:hanging="360"/>
      </w:pPr>
      <w:rPr>
        <w:rFonts w:hint="default"/>
        <w:lang w:val="es-ES" w:eastAsia="en-US" w:bidi="ar-SA"/>
      </w:rPr>
    </w:lvl>
    <w:lvl w:ilvl="5" w:tplc="9FBEB9F2">
      <w:numFmt w:val="bullet"/>
      <w:lvlText w:val="•"/>
      <w:lvlJc w:val="left"/>
      <w:pPr>
        <w:ind w:left="3860" w:hanging="360"/>
      </w:pPr>
      <w:rPr>
        <w:rFonts w:hint="default"/>
        <w:lang w:val="es-ES" w:eastAsia="en-US" w:bidi="ar-SA"/>
      </w:rPr>
    </w:lvl>
    <w:lvl w:ilvl="6" w:tplc="0052ACAE">
      <w:numFmt w:val="bullet"/>
      <w:lvlText w:val="•"/>
      <w:lvlJc w:val="left"/>
      <w:pPr>
        <w:ind w:left="4464" w:hanging="360"/>
      </w:pPr>
      <w:rPr>
        <w:rFonts w:hint="default"/>
        <w:lang w:val="es-ES" w:eastAsia="en-US" w:bidi="ar-SA"/>
      </w:rPr>
    </w:lvl>
    <w:lvl w:ilvl="7" w:tplc="1F38309E">
      <w:numFmt w:val="bullet"/>
      <w:lvlText w:val="•"/>
      <w:lvlJc w:val="left"/>
      <w:pPr>
        <w:ind w:left="5068" w:hanging="360"/>
      </w:pPr>
      <w:rPr>
        <w:rFonts w:hint="default"/>
        <w:lang w:val="es-ES" w:eastAsia="en-US" w:bidi="ar-SA"/>
      </w:rPr>
    </w:lvl>
    <w:lvl w:ilvl="8" w:tplc="90684F66">
      <w:numFmt w:val="bullet"/>
      <w:lvlText w:val="•"/>
      <w:lvlJc w:val="left"/>
      <w:pPr>
        <w:ind w:left="5672" w:hanging="360"/>
      </w:pPr>
      <w:rPr>
        <w:rFonts w:hint="default"/>
        <w:lang w:val="es-ES" w:eastAsia="en-US" w:bidi="ar-SA"/>
      </w:rPr>
    </w:lvl>
  </w:abstractNum>
  <w:num w:numId="1" w16cid:durableId="1988048168">
    <w:abstractNumId w:val="8"/>
  </w:num>
  <w:num w:numId="2" w16cid:durableId="216363536">
    <w:abstractNumId w:val="6"/>
  </w:num>
  <w:num w:numId="3" w16cid:durableId="678047605">
    <w:abstractNumId w:val="5"/>
  </w:num>
  <w:num w:numId="4" w16cid:durableId="1989047174">
    <w:abstractNumId w:val="4"/>
  </w:num>
  <w:num w:numId="5" w16cid:durableId="654407992">
    <w:abstractNumId w:val="7"/>
  </w:num>
  <w:num w:numId="6" w16cid:durableId="18556861">
    <w:abstractNumId w:val="3"/>
  </w:num>
  <w:num w:numId="7" w16cid:durableId="124663960">
    <w:abstractNumId w:val="2"/>
  </w:num>
  <w:num w:numId="8" w16cid:durableId="711458823">
    <w:abstractNumId w:val="1"/>
  </w:num>
  <w:num w:numId="9" w16cid:durableId="290403413">
    <w:abstractNumId w:val="0"/>
  </w:num>
  <w:num w:numId="10" w16cid:durableId="700856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7268"/>
    <w:rsid w:val="00034616"/>
    <w:rsid w:val="000603F2"/>
    <w:rsid w:val="0006063C"/>
    <w:rsid w:val="00073051"/>
    <w:rsid w:val="00074AED"/>
    <w:rsid w:val="00093CCE"/>
    <w:rsid w:val="000A2FF2"/>
    <w:rsid w:val="000B2F18"/>
    <w:rsid w:val="000C34AC"/>
    <w:rsid w:val="000E7309"/>
    <w:rsid w:val="000F3259"/>
    <w:rsid w:val="000F4674"/>
    <w:rsid w:val="00100E13"/>
    <w:rsid w:val="0015074B"/>
    <w:rsid w:val="00152993"/>
    <w:rsid w:val="0016011B"/>
    <w:rsid w:val="00170706"/>
    <w:rsid w:val="001842E7"/>
    <w:rsid w:val="001966B0"/>
    <w:rsid w:val="001C6BF0"/>
    <w:rsid w:val="001E09EE"/>
    <w:rsid w:val="001E6CCA"/>
    <w:rsid w:val="002272AC"/>
    <w:rsid w:val="0024666B"/>
    <w:rsid w:val="0026408A"/>
    <w:rsid w:val="00265C29"/>
    <w:rsid w:val="002706C3"/>
    <w:rsid w:val="0027669B"/>
    <w:rsid w:val="002771CC"/>
    <w:rsid w:val="00280F34"/>
    <w:rsid w:val="002902E6"/>
    <w:rsid w:val="0029639D"/>
    <w:rsid w:val="002B4F4B"/>
    <w:rsid w:val="00301FDD"/>
    <w:rsid w:val="00326F90"/>
    <w:rsid w:val="00361A4B"/>
    <w:rsid w:val="003737E7"/>
    <w:rsid w:val="00376B11"/>
    <w:rsid w:val="003F569B"/>
    <w:rsid w:val="003F7201"/>
    <w:rsid w:val="00405E15"/>
    <w:rsid w:val="00416408"/>
    <w:rsid w:val="00424435"/>
    <w:rsid w:val="004347AC"/>
    <w:rsid w:val="0046267C"/>
    <w:rsid w:val="0046545B"/>
    <w:rsid w:val="004850F3"/>
    <w:rsid w:val="00486AFD"/>
    <w:rsid w:val="004A46DB"/>
    <w:rsid w:val="004A53C5"/>
    <w:rsid w:val="00513185"/>
    <w:rsid w:val="00522B84"/>
    <w:rsid w:val="005336E5"/>
    <w:rsid w:val="005353BD"/>
    <w:rsid w:val="005554D7"/>
    <w:rsid w:val="00563574"/>
    <w:rsid w:val="00575DE6"/>
    <w:rsid w:val="0059269B"/>
    <w:rsid w:val="005941A8"/>
    <w:rsid w:val="005C5559"/>
    <w:rsid w:val="005D0578"/>
    <w:rsid w:val="005D1ADB"/>
    <w:rsid w:val="005E0809"/>
    <w:rsid w:val="005E2176"/>
    <w:rsid w:val="006202CD"/>
    <w:rsid w:val="00646C23"/>
    <w:rsid w:val="00647B2C"/>
    <w:rsid w:val="00653E29"/>
    <w:rsid w:val="006A339D"/>
    <w:rsid w:val="006D2C74"/>
    <w:rsid w:val="006D5C46"/>
    <w:rsid w:val="006F34DA"/>
    <w:rsid w:val="006F6E3A"/>
    <w:rsid w:val="00731062"/>
    <w:rsid w:val="00734340"/>
    <w:rsid w:val="00740085"/>
    <w:rsid w:val="00772266"/>
    <w:rsid w:val="007738D4"/>
    <w:rsid w:val="0078371C"/>
    <w:rsid w:val="007D4424"/>
    <w:rsid w:val="008118BF"/>
    <w:rsid w:val="008132BC"/>
    <w:rsid w:val="00824A3A"/>
    <w:rsid w:val="0083126A"/>
    <w:rsid w:val="008417D9"/>
    <w:rsid w:val="00845B61"/>
    <w:rsid w:val="008B54D4"/>
    <w:rsid w:val="008C4E96"/>
    <w:rsid w:val="008C649A"/>
    <w:rsid w:val="008D4053"/>
    <w:rsid w:val="008E2766"/>
    <w:rsid w:val="00916DD6"/>
    <w:rsid w:val="00930F3A"/>
    <w:rsid w:val="00966AEA"/>
    <w:rsid w:val="00982A06"/>
    <w:rsid w:val="009A6EDD"/>
    <w:rsid w:val="009B4F5A"/>
    <w:rsid w:val="009B5F89"/>
    <w:rsid w:val="009E0359"/>
    <w:rsid w:val="009F5533"/>
    <w:rsid w:val="009F6C3F"/>
    <w:rsid w:val="00A02A37"/>
    <w:rsid w:val="00A04415"/>
    <w:rsid w:val="00A14ED1"/>
    <w:rsid w:val="00A245A4"/>
    <w:rsid w:val="00A6733E"/>
    <w:rsid w:val="00A80F15"/>
    <w:rsid w:val="00A86BAC"/>
    <w:rsid w:val="00AA1D8D"/>
    <w:rsid w:val="00AA4107"/>
    <w:rsid w:val="00AE1277"/>
    <w:rsid w:val="00AF1E6D"/>
    <w:rsid w:val="00AF30AF"/>
    <w:rsid w:val="00AF34D4"/>
    <w:rsid w:val="00B12008"/>
    <w:rsid w:val="00B26600"/>
    <w:rsid w:val="00B37746"/>
    <w:rsid w:val="00B47730"/>
    <w:rsid w:val="00B525DB"/>
    <w:rsid w:val="00B74971"/>
    <w:rsid w:val="00BB0E90"/>
    <w:rsid w:val="00BB2ECD"/>
    <w:rsid w:val="00BD5AC0"/>
    <w:rsid w:val="00BF276C"/>
    <w:rsid w:val="00C05265"/>
    <w:rsid w:val="00C06116"/>
    <w:rsid w:val="00C06928"/>
    <w:rsid w:val="00C2192F"/>
    <w:rsid w:val="00C41C94"/>
    <w:rsid w:val="00C43997"/>
    <w:rsid w:val="00C5370E"/>
    <w:rsid w:val="00C72734"/>
    <w:rsid w:val="00CA1810"/>
    <w:rsid w:val="00CB0664"/>
    <w:rsid w:val="00CB466E"/>
    <w:rsid w:val="00CF0B7E"/>
    <w:rsid w:val="00CF5A0F"/>
    <w:rsid w:val="00D00FCC"/>
    <w:rsid w:val="00D20F98"/>
    <w:rsid w:val="00D331F0"/>
    <w:rsid w:val="00D33B57"/>
    <w:rsid w:val="00D44768"/>
    <w:rsid w:val="00D665D7"/>
    <w:rsid w:val="00D802CD"/>
    <w:rsid w:val="00D901D2"/>
    <w:rsid w:val="00D95F2A"/>
    <w:rsid w:val="00DB3630"/>
    <w:rsid w:val="00DC264C"/>
    <w:rsid w:val="00DC2CBE"/>
    <w:rsid w:val="00DD6991"/>
    <w:rsid w:val="00DE652A"/>
    <w:rsid w:val="00DF2B7D"/>
    <w:rsid w:val="00E01E01"/>
    <w:rsid w:val="00E033F2"/>
    <w:rsid w:val="00E32D77"/>
    <w:rsid w:val="00E43C76"/>
    <w:rsid w:val="00E442C3"/>
    <w:rsid w:val="00E46B59"/>
    <w:rsid w:val="00E55515"/>
    <w:rsid w:val="00E62505"/>
    <w:rsid w:val="00E64EA8"/>
    <w:rsid w:val="00E75298"/>
    <w:rsid w:val="00E975EA"/>
    <w:rsid w:val="00ED73D1"/>
    <w:rsid w:val="00EE3D13"/>
    <w:rsid w:val="00EF3AEE"/>
    <w:rsid w:val="00EF5D2F"/>
    <w:rsid w:val="00EF6E85"/>
    <w:rsid w:val="00EF6FAA"/>
    <w:rsid w:val="00F211AF"/>
    <w:rsid w:val="00F37D5F"/>
    <w:rsid w:val="00FC693F"/>
    <w:rsid w:val="00FF3112"/>
    <w:rsid w:val="00FF3D02"/>
    <w:rsid w:val="00FF3E1D"/>
    <w:rsid w:val="00FF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062061"/>
  <w14:defaultImageDpi w14:val="300"/>
  <w15:docId w15:val="{A4271BD9-F0D8-474B-8BCF-1A0A5DBB2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993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eNormal">
    <w:name w:val="Table Normal"/>
    <w:uiPriority w:val="2"/>
    <w:semiHidden/>
    <w:unhideWhenUsed/>
    <w:qFormat/>
    <w:rsid w:val="00653E29"/>
    <w:pPr>
      <w:widowControl w:val="0"/>
      <w:autoSpaceDE w:val="0"/>
      <w:autoSpaceDN w:val="0"/>
      <w:spacing w:after="0" w:line="240" w:lineRule="auto"/>
    </w:pPr>
    <w:rPr>
      <w:rFonts w:eastAsiaTheme="minorHAns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53E29"/>
    <w:pPr>
      <w:widowControl w:val="0"/>
      <w:autoSpaceDE w:val="0"/>
      <w:autoSpaceDN w:val="0"/>
      <w:spacing w:before="6" w:after="0" w:line="240" w:lineRule="auto"/>
      <w:ind w:left="71"/>
    </w:pPr>
    <w:rPr>
      <w:rFonts w:ascii="Roboto" w:eastAsia="Roboto" w:hAnsi="Roboto" w:cs="Roboto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910</Words>
  <Characters>5007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5906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Itzel Hernandez Serrano</cp:lastModifiedBy>
  <cp:revision>146</cp:revision>
  <cp:lastPrinted>2025-12-12T17:24:00Z</cp:lastPrinted>
  <dcterms:created xsi:type="dcterms:W3CDTF">2025-12-11T20:37:00Z</dcterms:created>
  <dcterms:modified xsi:type="dcterms:W3CDTF">2026-01-02T03:41:00Z</dcterms:modified>
  <cp:category/>
</cp:coreProperties>
</file>